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BF689" w14:textId="77777777" w:rsidR="00D46F58" w:rsidRPr="00F470B5" w:rsidRDefault="00000000">
      <w:pPr>
        <w:pStyle w:val="Heading1"/>
        <w:rPr>
          <w:sz w:val="48"/>
          <w:szCs w:val="48"/>
        </w:rPr>
      </w:pPr>
      <w:r w:rsidRPr="00F470B5">
        <w:rPr>
          <w:sz w:val="48"/>
          <w:szCs w:val="48"/>
        </w:rPr>
        <w:t>R Reference Sheet</w:t>
      </w:r>
    </w:p>
    <w:p w14:paraId="0581BF2E" w14:textId="10F900C0" w:rsidR="00070614" w:rsidRPr="003C45A3" w:rsidRDefault="00070614" w:rsidP="00070614">
      <w:pPr>
        <w:rPr>
          <w:sz w:val="28"/>
          <w:szCs w:val="28"/>
        </w:rPr>
      </w:pPr>
      <w:r w:rsidRPr="003C45A3">
        <w:rPr>
          <w:sz w:val="28"/>
          <w:szCs w:val="28"/>
        </w:rPr>
        <w:t>Downloading R:</w:t>
      </w:r>
    </w:p>
    <w:p w14:paraId="59A1E97D" w14:textId="74660CD8" w:rsidR="00070614" w:rsidRPr="003C45A3" w:rsidRDefault="00070614" w:rsidP="00070614">
      <w:pPr>
        <w:rPr>
          <w:sz w:val="28"/>
          <w:szCs w:val="28"/>
        </w:rPr>
      </w:pPr>
      <w:r w:rsidRPr="003C45A3">
        <w:rPr>
          <w:sz w:val="28"/>
          <w:szCs w:val="28"/>
        </w:rPr>
        <w:t>Use this website to download R and R studio for free:</w:t>
      </w:r>
    </w:p>
    <w:p w14:paraId="3FE12DE6" w14:textId="7B59EAC9" w:rsidR="00070614" w:rsidRPr="003C45A3" w:rsidRDefault="00070614" w:rsidP="00070614">
      <w:pPr>
        <w:rPr>
          <w:sz w:val="28"/>
          <w:szCs w:val="28"/>
        </w:rPr>
      </w:pPr>
      <w:hyperlink r:id="rId6" w:history="1">
        <w:r w:rsidRPr="003C45A3">
          <w:rPr>
            <w:rStyle w:val="Hyperlink"/>
            <w:sz w:val="28"/>
            <w:szCs w:val="28"/>
          </w:rPr>
          <w:t>https://posit.co/download/rstudio-desktop/</w:t>
        </w:r>
      </w:hyperlink>
    </w:p>
    <w:p w14:paraId="218053AC" w14:textId="7D9C4D67" w:rsidR="00070614" w:rsidRPr="003C45A3" w:rsidRDefault="00070614" w:rsidP="00070614">
      <w:pPr>
        <w:rPr>
          <w:sz w:val="28"/>
          <w:szCs w:val="28"/>
        </w:rPr>
      </w:pPr>
      <w:r w:rsidRPr="003C45A3">
        <w:rPr>
          <w:sz w:val="28"/>
          <w:szCs w:val="28"/>
        </w:rPr>
        <w:t xml:space="preserve">It will give you the option to download R and R studio. </w:t>
      </w:r>
      <w:r w:rsidRPr="003C45A3">
        <w:rPr>
          <w:b/>
          <w:bCs/>
          <w:sz w:val="28"/>
          <w:szCs w:val="28"/>
        </w:rPr>
        <w:t xml:space="preserve">Download both and follow the order by installing R first and then RStudio. </w:t>
      </w:r>
    </w:p>
    <w:p w14:paraId="664921F4" w14:textId="77777777" w:rsidR="00070614" w:rsidRDefault="00070614" w:rsidP="00070614"/>
    <w:p w14:paraId="3F48B7D4" w14:textId="763C0694" w:rsidR="00070614" w:rsidRDefault="00070614" w:rsidP="00070614">
      <w:r w:rsidRPr="00070614">
        <w:rPr>
          <w:noProof/>
        </w:rPr>
        <w:drawing>
          <wp:inline distT="0" distB="0" distL="0" distR="0" wp14:anchorId="77D5554C" wp14:editId="6F711E66">
            <wp:extent cx="5486400" cy="2576830"/>
            <wp:effectExtent l="0" t="0" r="0" b="0"/>
            <wp:docPr id="598578131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8578131" name="Picture 1" descr="A screenshot of a computer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76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458760" w14:textId="77777777" w:rsidR="00070614" w:rsidRDefault="00070614" w:rsidP="00070614"/>
    <w:p w14:paraId="733D1FE9" w14:textId="23024D5E" w:rsidR="00070614" w:rsidRPr="003C45A3" w:rsidRDefault="00070614" w:rsidP="00070614">
      <w:pPr>
        <w:rPr>
          <w:sz w:val="28"/>
          <w:szCs w:val="28"/>
        </w:rPr>
      </w:pPr>
      <w:r w:rsidRPr="003C45A3">
        <w:rPr>
          <w:sz w:val="28"/>
          <w:szCs w:val="28"/>
        </w:rPr>
        <w:t xml:space="preserve">If you do not have </w:t>
      </w:r>
      <w:r w:rsidR="004F6418">
        <w:rPr>
          <w:sz w:val="28"/>
          <w:szCs w:val="28"/>
        </w:rPr>
        <w:t>W</w:t>
      </w:r>
      <w:r w:rsidRPr="003C45A3">
        <w:rPr>
          <w:sz w:val="28"/>
          <w:szCs w:val="28"/>
        </w:rPr>
        <w:t xml:space="preserve">indows, </w:t>
      </w:r>
      <w:r w:rsidR="003C45A3" w:rsidRPr="003C45A3">
        <w:rPr>
          <w:sz w:val="28"/>
          <w:szCs w:val="28"/>
        </w:rPr>
        <w:t>scroll down</w:t>
      </w:r>
      <w:r w:rsidRPr="003C45A3">
        <w:rPr>
          <w:sz w:val="28"/>
          <w:szCs w:val="28"/>
        </w:rPr>
        <w:t xml:space="preserve"> on the website page and there will be more options for downloading RStudio:</w:t>
      </w:r>
    </w:p>
    <w:p w14:paraId="211CFC85" w14:textId="413310FE" w:rsidR="00070614" w:rsidRDefault="00070614" w:rsidP="00070614">
      <w:r w:rsidRPr="00070614">
        <w:rPr>
          <w:noProof/>
        </w:rPr>
        <w:lastRenderedPageBreak/>
        <w:drawing>
          <wp:inline distT="0" distB="0" distL="0" distR="0" wp14:anchorId="232BDABE" wp14:editId="1F2E84FA">
            <wp:extent cx="5486400" cy="2393315"/>
            <wp:effectExtent l="0" t="0" r="0" b="6985"/>
            <wp:docPr id="873913681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3913681" name="Picture 1" descr="A screenshot of a computer&#10;&#10;AI-generated content may b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93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BFC03C" w14:textId="77777777" w:rsidR="00070614" w:rsidRPr="00070614" w:rsidRDefault="00070614" w:rsidP="00070614">
      <w:pPr>
        <w:rPr>
          <w:b/>
          <w:bCs/>
          <w:sz w:val="28"/>
          <w:szCs w:val="28"/>
        </w:rPr>
      </w:pPr>
      <w:r w:rsidRPr="00070614">
        <w:rPr>
          <w:b/>
          <w:bCs/>
          <w:sz w:val="28"/>
          <w:szCs w:val="28"/>
        </w:rPr>
        <w:t>Why Do You Need Both R and RStudio?</w:t>
      </w:r>
    </w:p>
    <w:p w14:paraId="6A3E83DA" w14:textId="77777777" w:rsidR="00070614" w:rsidRPr="00070614" w:rsidRDefault="00070614" w:rsidP="00070614">
      <w:pPr>
        <w:numPr>
          <w:ilvl w:val="0"/>
          <w:numId w:val="10"/>
        </w:numPr>
        <w:rPr>
          <w:sz w:val="28"/>
          <w:szCs w:val="28"/>
        </w:rPr>
      </w:pPr>
      <w:r w:rsidRPr="00070614">
        <w:rPr>
          <w:sz w:val="28"/>
          <w:szCs w:val="28"/>
        </w:rPr>
        <w:t>R is the core programming language that does all the computations.</w:t>
      </w:r>
    </w:p>
    <w:p w14:paraId="7B553C07" w14:textId="77777777" w:rsidR="00070614" w:rsidRPr="00070614" w:rsidRDefault="00070614" w:rsidP="00070614">
      <w:pPr>
        <w:numPr>
          <w:ilvl w:val="0"/>
          <w:numId w:val="10"/>
        </w:numPr>
        <w:rPr>
          <w:sz w:val="28"/>
          <w:szCs w:val="28"/>
        </w:rPr>
      </w:pPr>
      <w:r w:rsidRPr="00070614">
        <w:rPr>
          <w:sz w:val="28"/>
          <w:szCs w:val="28"/>
        </w:rPr>
        <w:t>RStudio is an IDE (Integrated Development Environment) that makes working with R easier by providing features like a script editor, console, data viewer, and visualization tools.</w:t>
      </w:r>
    </w:p>
    <w:p w14:paraId="0FECBFB9" w14:textId="5ABE71C0" w:rsidR="00070614" w:rsidRPr="00070614" w:rsidRDefault="00070614" w:rsidP="00070614">
      <w:pPr>
        <w:rPr>
          <w:sz w:val="28"/>
          <w:szCs w:val="28"/>
        </w:rPr>
      </w:pPr>
      <w:r w:rsidRPr="00070614">
        <w:rPr>
          <w:sz w:val="28"/>
          <w:szCs w:val="28"/>
        </w:rPr>
        <w:t xml:space="preserve">Think of it like this: R is the engine, and RStudio is the car dashboard that makes driving (coding) smoother. </w:t>
      </w:r>
    </w:p>
    <w:p w14:paraId="0883D455" w14:textId="77777777" w:rsidR="00070614" w:rsidRPr="00070614" w:rsidRDefault="00070614" w:rsidP="00070614">
      <w:pPr>
        <w:rPr>
          <w:sz w:val="28"/>
          <w:szCs w:val="28"/>
        </w:rPr>
      </w:pPr>
      <w:r w:rsidRPr="00070614">
        <w:rPr>
          <w:sz w:val="28"/>
          <w:szCs w:val="28"/>
        </w:rPr>
        <w:t xml:space="preserve">Once installed, open RStudio—it will automatically connect to R, and you're ready to start coding! </w:t>
      </w:r>
    </w:p>
    <w:p w14:paraId="6EAEA418" w14:textId="77777777" w:rsidR="00070614" w:rsidRDefault="00070614" w:rsidP="00070614">
      <w:pPr>
        <w:rPr>
          <w:b/>
          <w:bCs/>
          <w:sz w:val="28"/>
          <w:szCs w:val="28"/>
        </w:rPr>
      </w:pPr>
    </w:p>
    <w:p w14:paraId="5195EE95" w14:textId="77777777" w:rsidR="00070614" w:rsidRDefault="00070614" w:rsidP="00070614">
      <w:pPr>
        <w:rPr>
          <w:b/>
          <w:bCs/>
          <w:sz w:val="28"/>
          <w:szCs w:val="28"/>
        </w:rPr>
      </w:pPr>
    </w:p>
    <w:p w14:paraId="03B2F4A3" w14:textId="77777777" w:rsidR="00070614" w:rsidRDefault="00070614" w:rsidP="00070614">
      <w:pPr>
        <w:rPr>
          <w:b/>
          <w:bCs/>
          <w:sz w:val="28"/>
          <w:szCs w:val="28"/>
        </w:rPr>
      </w:pPr>
    </w:p>
    <w:p w14:paraId="0BD00E90" w14:textId="77777777" w:rsidR="00070614" w:rsidRDefault="00070614" w:rsidP="00070614">
      <w:pPr>
        <w:rPr>
          <w:b/>
          <w:bCs/>
          <w:sz w:val="28"/>
          <w:szCs w:val="28"/>
        </w:rPr>
      </w:pPr>
    </w:p>
    <w:p w14:paraId="60A31700" w14:textId="77777777" w:rsidR="00070614" w:rsidRDefault="00070614" w:rsidP="00070614">
      <w:pPr>
        <w:rPr>
          <w:b/>
          <w:bCs/>
          <w:sz w:val="28"/>
          <w:szCs w:val="28"/>
        </w:rPr>
      </w:pPr>
    </w:p>
    <w:p w14:paraId="4AC7CEBD" w14:textId="77777777" w:rsidR="00070614" w:rsidRDefault="00070614" w:rsidP="00070614">
      <w:pPr>
        <w:rPr>
          <w:b/>
          <w:bCs/>
          <w:sz w:val="28"/>
          <w:szCs w:val="28"/>
        </w:rPr>
      </w:pPr>
    </w:p>
    <w:p w14:paraId="02CA2C35" w14:textId="77777777" w:rsidR="00070614" w:rsidRDefault="00070614" w:rsidP="00070614">
      <w:pPr>
        <w:rPr>
          <w:b/>
          <w:bCs/>
          <w:sz w:val="28"/>
          <w:szCs w:val="28"/>
        </w:rPr>
      </w:pPr>
    </w:p>
    <w:p w14:paraId="4B77DDBE" w14:textId="786EF1D8" w:rsidR="00070614" w:rsidRDefault="003C45A3" w:rsidP="00070614">
      <w:pPr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lastRenderedPageBreak/>
        <w:t>Code Explanations</w:t>
      </w:r>
      <w:proofErr w:type="gramEnd"/>
      <w:r w:rsidR="00070614">
        <w:rPr>
          <w:b/>
          <w:bCs/>
          <w:sz w:val="28"/>
          <w:szCs w:val="28"/>
        </w:rPr>
        <w:t>:</w:t>
      </w:r>
    </w:p>
    <w:p w14:paraId="3A115097" w14:textId="454D805B" w:rsidR="003C45A3" w:rsidRPr="003C45A3" w:rsidRDefault="003C45A3" w:rsidP="003C45A3">
      <w:pPr>
        <w:pStyle w:val="Heading2"/>
        <w:rPr>
          <w:sz w:val="40"/>
          <w:szCs w:val="40"/>
        </w:rPr>
      </w:pPr>
      <w:r w:rsidRPr="003C45A3">
        <w:rPr>
          <w:sz w:val="40"/>
          <w:szCs w:val="40"/>
        </w:rPr>
        <w:t>Basics of R</w:t>
      </w:r>
    </w:p>
    <w:p w14:paraId="005A50D9" w14:textId="77777777" w:rsidR="003C45A3" w:rsidRPr="003C45A3" w:rsidRDefault="003C45A3" w:rsidP="003C45A3">
      <w:pPr>
        <w:rPr>
          <w:b/>
          <w:bCs/>
          <w:sz w:val="28"/>
          <w:szCs w:val="28"/>
        </w:rPr>
      </w:pPr>
      <w:r w:rsidRPr="003C45A3">
        <w:rPr>
          <w:b/>
          <w:bCs/>
          <w:sz w:val="28"/>
          <w:szCs w:val="28"/>
        </w:rPr>
        <w:t>1. Comments</w:t>
      </w:r>
    </w:p>
    <w:p w14:paraId="23DC4EAE" w14:textId="77777777" w:rsidR="003C45A3" w:rsidRDefault="003C45A3" w:rsidP="003C45A3">
      <w:pPr>
        <w:numPr>
          <w:ilvl w:val="0"/>
          <w:numId w:val="19"/>
        </w:numPr>
        <w:rPr>
          <w:sz w:val="28"/>
          <w:szCs w:val="28"/>
        </w:rPr>
      </w:pPr>
      <w:r w:rsidRPr="003C45A3">
        <w:rPr>
          <w:sz w:val="28"/>
          <w:szCs w:val="28"/>
        </w:rPr>
        <w:t>Comments in R start with #. They are ignored by the program but help explain the code.</w:t>
      </w:r>
    </w:p>
    <w:p w14:paraId="4A2A0B38" w14:textId="2F388BA2" w:rsidR="00F470B5" w:rsidRPr="003C45A3" w:rsidRDefault="00F470B5" w:rsidP="00F470B5">
      <w:pPr>
        <w:ind w:left="360"/>
        <w:rPr>
          <w:sz w:val="28"/>
          <w:szCs w:val="28"/>
        </w:rPr>
      </w:pPr>
      <w:r w:rsidRPr="00F470B5">
        <w:rPr>
          <w:noProof/>
          <w:sz w:val="28"/>
          <w:szCs w:val="28"/>
        </w:rPr>
        <w:drawing>
          <wp:inline distT="0" distB="0" distL="0" distR="0" wp14:anchorId="2751816C" wp14:editId="7CDECF38">
            <wp:extent cx="3858163" cy="381053"/>
            <wp:effectExtent l="0" t="0" r="9525" b="0"/>
            <wp:docPr id="12850876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508761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858163" cy="381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474820" w14:textId="77777777" w:rsidR="003C45A3" w:rsidRPr="003C45A3" w:rsidRDefault="003C45A3" w:rsidP="003C45A3">
      <w:pPr>
        <w:rPr>
          <w:b/>
          <w:bCs/>
          <w:sz w:val="28"/>
          <w:szCs w:val="28"/>
        </w:rPr>
      </w:pPr>
      <w:r w:rsidRPr="003C45A3">
        <w:rPr>
          <w:b/>
          <w:bCs/>
          <w:sz w:val="28"/>
          <w:szCs w:val="28"/>
        </w:rPr>
        <w:t>2. Functions</w:t>
      </w:r>
    </w:p>
    <w:p w14:paraId="4CB91563" w14:textId="25579A59" w:rsidR="003C45A3" w:rsidRDefault="003C45A3" w:rsidP="003C45A3">
      <w:pPr>
        <w:numPr>
          <w:ilvl w:val="0"/>
          <w:numId w:val="20"/>
        </w:numPr>
        <w:rPr>
          <w:sz w:val="28"/>
          <w:szCs w:val="28"/>
        </w:rPr>
      </w:pPr>
      <w:r w:rsidRPr="003C45A3">
        <w:rPr>
          <w:sz w:val="28"/>
          <w:szCs w:val="28"/>
        </w:rPr>
        <w:t xml:space="preserve">Functions perform specific tasks and take </w:t>
      </w:r>
      <w:proofErr w:type="gramStart"/>
      <w:r w:rsidRPr="003C45A3">
        <w:rPr>
          <w:sz w:val="28"/>
          <w:szCs w:val="28"/>
        </w:rPr>
        <w:t>inputs</w:t>
      </w:r>
      <w:proofErr w:type="gramEnd"/>
      <w:r w:rsidRPr="003C45A3">
        <w:rPr>
          <w:sz w:val="28"/>
          <w:szCs w:val="28"/>
        </w:rPr>
        <w:t xml:space="preserve"> (arguments).</w:t>
      </w:r>
    </w:p>
    <w:p w14:paraId="15FC1038" w14:textId="2FCDD2D6" w:rsidR="00F470B5" w:rsidRDefault="00F470B5" w:rsidP="00F470B5">
      <w:pPr>
        <w:ind w:left="720"/>
        <w:rPr>
          <w:sz w:val="28"/>
          <w:szCs w:val="28"/>
        </w:rPr>
      </w:pPr>
      <w:r w:rsidRPr="00F470B5">
        <w:rPr>
          <w:noProof/>
          <w:sz w:val="28"/>
          <w:szCs w:val="28"/>
        </w:rPr>
        <w:drawing>
          <wp:inline distT="0" distB="0" distL="0" distR="0" wp14:anchorId="061E3416" wp14:editId="4FC0E963">
            <wp:extent cx="1305107" cy="352474"/>
            <wp:effectExtent l="0" t="0" r="9525" b="9525"/>
            <wp:docPr id="17975356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7535605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305107" cy="352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796B74" w14:textId="22B0CB91" w:rsidR="00F470B5" w:rsidRPr="003C45A3" w:rsidRDefault="00F470B5" w:rsidP="00F470B5">
      <w:pPr>
        <w:ind w:left="720"/>
        <w:rPr>
          <w:sz w:val="28"/>
          <w:szCs w:val="28"/>
        </w:rPr>
      </w:pPr>
      <w:r>
        <w:rPr>
          <w:sz w:val="28"/>
          <w:szCs w:val="28"/>
        </w:rPr>
        <w:t>Here, the sum function is a tool that will add our two numbers together for us once run.</w:t>
      </w:r>
    </w:p>
    <w:p w14:paraId="7CF98B30" w14:textId="77777777" w:rsidR="003C45A3" w:rsidRPr="003C45A3" w:rsidRDefault="003C45A3" w:rsidP="003C45A3">
      <w:pPr>
        <w:rPr>
          <w:b/>
          <w:bCs/>
          <w:sz w:val="28"/>
          <w:szCs w:val="28"/>
        </w:rPr>
      </w:pPr>
      <w:r w:rsidRPr="003C45A3">
        <w:rPr>
          <w:b/>
          <w:bCs/>
          <w:sz w:val="28"/>
          <w:szCs w:val="28"/>
        </w:rPr>
        <w:t>3. Packages</w:t>
      </w:r>
    </w:p>
    <w:p w14:paraId="0C5DA4CE" w14:textId="77777777" w:rsidR="003C45A3" w:rsidRDefault="003C45A3" w:rsidP="003C45A3">
      <w:pPr>
        <w:numPr>
          <w:ilvl w:val="0"/>
          <w:numId w:val="21"/>
        </w:numPr>
        <w:rPr>
          <w:sz w:val="28"/>
          <w:szCs w:val="28"/>
        </w:rPr>
      </w:pPr>
      <w:r w:rsidRPr="003C45A3">
        <w:rPr>
          <w:sz w:val="28"/>
          <w:szCs w:val="28"/>
        </w:rPr>
        <w:t>Packages extend R’s capabilities with additional functions and tools.</w:t>
      </w:r>
    </w:p>
    <w:p w14:paraId="4D79C19A" w14:textId="0FC81EE5" w:rsidR="00F470B5" w:rsidRDefault="00F470B5" w:rsidP="00F470B5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For example, to plot data we usually need the ggplot2 package to use tools or functions within it to help us plot data. </w:t>
      </w:r>
    </w:p>
    <w:p w14:paraId="785807F7" w14:textId="2885E0A1" w:rsidR="00F470B5" w:rsidRDefault="00F470B5" w:rsidP="00F470B5">
      <w:pPr>
        <w:ind w:left="720"/>
        <w:rPr>
          <w:sz w:val="28"/>
          <w:szCs w:val="28"/>
        </w:rPr>
      </w:pPr>
      <w:r>
        <w:rPr>
          <w:sz w:val="28"/>
          <w:szCs w:val="28"/>
        </w:rPr>
        <w:t>To install it, we would run:</w:t>
      </w:r>
    </w:p>
    <w:p w14:paraId="37B76D03" w14:textId="3E8668DB" w:rsidR="00F470B5" w:rsidRDefault="00F470B5" w:rsidP="00F470B5">
      <w:pPr>
        <w:ind w:left="720"/>
        <w:rPr>
          <w:sz w:val="28"/>
          <w:szCs w:val="28"/>
        </w:rPr>
      </w:pPr>
      <w:r w:rsidRPr="00F470B5">
        <w:rPr>
          <w:noProof/>
          <w:sz w:val="28"/>
          <w:szCs w:val="28"/>
        </w:rPr>
        <w:drawing>
          <wp:inline distT="0" distB="0" distL="0" distR="0" wp14:anchorId="45716FE0" wp14:editId="2BDDC7CE">
            <wp:extent cx="3200847" cy="390580"/>
            <wp:effectExtent l="0" t="0" r="0" b="9525"/>
            <wp:docPr id="3880867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086723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200847" cy="390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9B7311" w14:textId="5BC681CD" w:rsidR="00F470B5" w:rsidRPr="003C45A3" w:rsidRDefault="00F470B5" w:rsidP="00F470B5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The </w:t>
      </w:r>
      <w:proofErr w:type="spellStart"/>
      <w:proofErr w:type="gramStart"/>
      <w:r>
        <w:rPr>
          <w:sz w:val="28"/>
          <w:szCs w:val="28"/>
        </w:rPr>
        <w:t>install.packages</w:t>
      </w:r>
      <w:proofErr w:type="spellEnd"/>
      <w:proofErr w:type="gramEnd"/>
      <w:r>
        <w:rPr>
          <w:sz w:val="28"/>
          <w:szCs w:val="28"/>
        </w:rPr>
        <w:t xml:space="preserve"> function allows us to install ggplot2 to use its functions. Whenever we are installing a package, we </w:t>
      </w:r>
      <w:r w:rsidR="00A65B37">
        <w:rPr>
          <w:sz w:val="28"/>
          <w:szCs w:val="28"/>
        </w:rPr>
        <w:t>must</w:t>
      </w:r>
      <w:r>
        <w:rPr>
          <w:sz w:val="28"/>
          <w:szCs w:val="28"/>
        </w:rPr>
        <w:t xml:space="preserve"> put its name in quotations. </w:t>
      </w:r>
    </w:p>
    <w:p w14:paraId="7F8829C1" w14:textId="77777777" w:rsidR="003C45A3" w:rsidRPr="003C45A3" w:rsidRDefault="003C45A3" w:rsidP="003C45A3">
      <w:pPr>
        <w:rPr>
          <w:b/>
          <w:bCs/>
          <w:sz w:val="28"/>
          <w:szCs w:val="28"/>
        </w:rPr>
      </w:pPr>
      <w:r w:rsidRPr="003C45A3">
        <w:rPr>
          <w:b/>
          <w:bCs/>
          <w:sz w:val="28"/>
          <w:szCs w:val="28"/>
        </w:rPr>
        <w:t>4. Installing and Loading Packages</w:t>
      </w:r>
    </w:p>
    <w:p w14:paraId="25B6D6CA" w14:textId="77777777" w:rsidR="003C45A3" w:rsidRPr="003C45A3" w:rsidRDefault="003C45A3" w:rsidP="003C45A3">
      <w:pPr>
        <w:numPr>
          <w:ilvl w:val="0"/>
          <w:numId w:val="22"/>
        </w:numPr>
        <w:rPr>
          <w:sz w:val="28"/>
          <w:szCs w:val="28"/>
        </w:rPr>
      </w:pPr>
      <w:r w:rsidRPr="003C45A3">
        <w:rPr>
          <w:sz w:val="28"/>
          <w:szCs w:val="28"/>
        </w:rPr>
        <w:t>Install a package (only needs to be done once):</w:t>
      </w:r>
    </w:p>
    <w:p w14:paraId="7E13CD6B" w14:textId="77777777" w:rsidR="003C45A3" w:rsidRPr="003C45A3" w:rsidRDefault="003C45A3" w:rsidP="003C45A3">
      <w:pPr>
        <w:rPr>
          <w:b/>
          <w:bCs/>
          <w:sz w:val="28"/>
          <w:szCs w:val="28"/>
        </w:rPr>
      </w:pPr>
      <w:r w:rsidRPr="003C45A3">
        <w:rPr>
          <w:b/>
          <w:bCs/>
          <w:sz w:val="28"/>
          <w:szCs w:val="28"/>
        </w:rPr>
        <w:lastRenderedPageBreak/>
        <w:t>5. Getting Help</w:t>
      </w:r>
    </w:p>
    <w:p w14:paraId="5030832B" w14:textId="1A17410E" w:rsidR="003C45A3" w:rsidRPr="003C45A3" w:rsidRDefault="003C45A3" w:rsidP="003C45A3">
      <w:pPr>
        <w:numPr>
          <w:ilvl w:val="0"/>
          <w:numId w:val="24"/>
        </w:numPr>
        <w:rPr>
          <w:sz w:val="28"/>
          <w:szCs w:val="28"/>
        </w:rPr>
      </w:pPr>
      <w:proofErr w:type="gramStart"/>
      <w:r w:rsidRPr="003C45A3">
        <w:rPr>
          <w:sz w:val="28"/>
          <w:szCs w:val="28"/>
        </w:rPr>
        <w:t>Use ?</w:t>
      </w:r>
      <w:proofErr w:type="gramEnd"/>
      <w:r w:rsidRPr="003C45A3">
        <w:rPr>
          <w:sz w:val="28"/>
          <w:szCs w:val="28"/>
        </w:rPr>
        <w:t xml:space="preserve"> before a function to see its documentation.</w:t>
      </w:r>
    </w:p>
    <w:p w14:paraId="15E19862" w14:textId="77777777" w:rsidR="00F470B5" w:rsidRDefault="00F470B5" w:rsidP="003C45A3">
      <w:pPr>
        <w:rPr>
          <w:sz w:val="28"/>
          <w:szCs w:val="28"/>
        </w:rPr>
      </w:pPr>
      <w:r w:rsidRPr="00F470B5">
        <w:rPr>
          <w:noProof/>
          <w:sz w:val="28"/>
          <w:szCs w:val="28"/>
        </w:rPr>
        <w:drawing>
          <wp:inline distT="0" distB="0" distL="0" distR="0" wp14:anchorId="6663A45B" wp14:editId="17A52E6C">
            <wp:extent cx="676369" cy="419158"/>
            <wp:effectExtent l="0" t="0" r="9525" b="0"/>
            <wp:docPr id="6409771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0977134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76369" cy="419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394547" w14:textId="684EFADF" w:rsidR="00F470B5" w:rsidRDefault="00F470B5" w:rsidP="003C45A3">
      <w:pPr>
        <w:rPr>
          <w:sz w:val="28"/>
          <w:szCs w:val="28"/>
        </w:rPr>
      </w:pPr>
      <w:r>
        <w:rPr>
          <w:sz w:val="28"/>
          <w:szCs w:val="28"/>
        </w:rPr>
        <w:t xml:space="preserve">If you do not understand what a function means, you can use a question mark </w:t>
      </w:r>
      <w:r w:rsidR="00A65B37">
        <w:rPr>
          <w:sz w:val="28"/>
          <w:szCs w:val="28"/>
        </w:rPr>
        <w:t>in front</w:t>
      </w:r>
      <w:r>
        <w:rPr>
          <w:sz w:val="28"/>
          <w:szCs w:val="28"/>
        </w:rPr>
        <w:t xml:space="preserve"> of it and R will give you an explanation of what it does:</w:t>
      </w:r>
    </w:p>
    <w:p w14:paraId="2CF1C9E9" w14:textId="77777777" w:rsidR="00F470B5" w:rsidRDefault="00F470B5" w:rsidP="003C45A3">
      <w:pPr>
        <w:rPr>
          <w:sz w:val="28"/>
          <w:szCs w:val="28"/>
        </w:rPr>
      </w:pPr>
    </w:p>
    <w:p w14:paraId="52E1E1D5" w14:textId="1093C0EE" w:rsidR="00F470B5" w:rsidRPr="003C45A3" w:rsidRDefault="00F470B5" w:rsidP="003C45A3">
      <w:pPr>
        <w:rPr>
          <w:sz w:val="28"/>
          <w:szCs w:val="28"/>
        </w:rPr>
      </w:pPr>
      <w:r w:rsidRPr="00F470B5">
        <w:rPr>
          <w:noProof/>
          <w:sz w:val="28"/>
          <w:szCs w:val="28"/>
        </w:rPr>
        <w:drawing>
          <wp:inline distT="0" distB="0" distL="0" distR="0" wp14:anchorId="0F5D2EA6" wp14:editId="59015720">
            <wp:extent cx="5486400" cy="2949575"/>
            <wp:effectExtent l="0" t="0" r="0" b="3175"/>
            <wp:docPr id="2083592706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3592706" name="Picture 1" descr="A screenshot of a computer&#10;&#10;AI-generated content may be incorrect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4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DB5026" w14:textId="77777777" w:rsidR="00F470B5" w:rsidRDefault="00F470B5" w:rsidP="003C45A3">
      <w:pPr>
        <w:rPr>
          <w:b/>
          <w:bCs/>
          <w:sz w:val="28"/>
          <w:szCs w:val="28"/>
        </w:rPr>
      </w:pPr>
    </w:p>
    <w:p w14:paraId="4A270B74" w14:textId="77777777" w:rsidR="002567D5" w:rsidRDefault="002567D5" w:rsidP="003C45A3">
      <w:pPr>
        <w:rPr>
          <w:b/>
          <w:bCs/>
          <w:sz w:val="28"/>
          <w:szCs w:val="28"/>
        </w:rPr>
      </w:pPr>
      <w:r w:rsidRPr="002567D5">
        <w:rPr>
          <w:b/>
          <w:bCs/>
          <w:sz w:val="28"/>
          <w:szCs w:val="28"/>
        </w:rPr>
        <w:t>These fundamentals will help you start writing and understanding R code with confidence! Plus, ChatGPT can be an excellent tutor for learning R—you can ask it to troubleshoot errors, generate practice problems, and even write R code for you!</w:t>
      </w:r>
    </w:p>
    <w:p w14:paraId="31D33E03" w14:textId="0C2B9FC1" w:rsidR="003C45A3" w:rsidRPr="002567D5" w:rsidRDefault="002567D5" w:rsidP="00070614">
      <w:pPr>
        <w:rPr>
          <w:sz w:val="28"/>
          <w:szCs w:val="28"/>
        </w:rPr>
      </w:pPr>
      <w:r w:rsidRPr="002567D5">
        <w:rPr>
          <w:sz w:val="28"/>
          <w:szCs w:val="28"/>
        </w:rPr>
        <w:t>However, it's crucial to understand the fundamentals of R rather than relying solely on ChatGPT. Sometimes, ChatGPT may generate code that doesn’t run correctly, and having a solid grasp of R will help you identify issues and effectively communicate what needs to be fixed.</w:t>
      </w:r>
    </w:p>
    <w:p w14:paraId="3F2DB26C" w14:textId="77777777" w:rsidR="00D46F58" w:rsidRPr="00F470B5" w:rsidRDefault="00000000">
      <w:pPr>
        <w:pStyle w:val="Heading2"/>
        <w:rPr>
          <w:sz w:val="40"/>
          <w:szCs w:val="40"/>
        </w:rPr>
      </w:pPr>
      <w:r w:rsidRPr="00F470B5">
        <w:rPr>
          <w:sz w:val="40"/>
          <w:szCs w:val="40"/>
        </w:rPr>
        <w:lastRenderedPageBreak/>
        <w:t>Basic Arithmetic</w:t>
      </w:r>
    </w:p>
    <w:p w14:paraId="14DC2B1E" w14:textId="77777777" w:rsidR="00070614" w:rsidRPr="00F470B5" w:rsidRDefault="00000000">
      <w:pPr>
        <w:rPr>
          <w:sz w:val="28"/>
          <w:szCs w:val="28"/>
        </w:rPr>
      </w:pPr>
      <w:r w:rsidRPr="00F470B5">
        <w:rPr>
          <w:sz w:val="28"/>
          <w:szCs w:val="28"/>
        </w:rPr>
        <w:t>R supports basic arithmetic operations:</w:t>
      </w:r>
      <w:r w:rsidRPr="00F470B5">
        <w:rPr>
          <w:sz w:val="28"/>
          <w:szCs w:val="28"/>
        </w:rPr>
        <w:br/>
        <w:t xml:space="preserve">  - `+` Addition</w:t>
      </w:r>
      <w:r w:rsidRPr="00F470B5">
        <w:rPr>
          <w:sz w:val="28"/>
          <w:szCs w:val="28"/>
        </w:rPr>
        <w:br/>
        <w:t xml:space="preserve">  - `-` Subtraction</w:t>
      </w:r>
      <w:r w:rsidRPr="00F470B5">
        <w:rPr>
          <w:sz w:val="28"/>
          <w:szCs w:val="28"/>
        </w:rPr>
        <w:br/>
        <w:t xml:space="preserve">  - `*` Multiplication</w:t>
      </w:r>
      <w:r w:rsidRPr="00F470B5">
        <w:rPr>
          <w:sz w:val="28"/>
          <w:szCs w:val="28"/>
        </w:rPr>
        <w:br/>
        <w:t xml:space="preserve">  - `/` Division</w:t>
      </w:r>
      <w:r w:rsidRPr="00F470B5">
        <w:rPr>
          <w:sz w:val="28"/>
          <w:szCs w:val="28"/>
        </w:rPr>
        <w:br/>
      </w:r>
    </w:p>
    <w:p w14:paraId="5722AC1B" w14:textId="3C2FE7CB" w:rsidR="00D46F58" w:rsidRPr="00F470B5" w:rsidRDefault="00000000">
      <w:pPr>
        <w:rPr>
          <w:sz w:val="28"/>
          <w:szCs w:val="28"/>
        </w:rPr>
      </w:pPr>
      <w:r w:rsidRPr="00F470B5">
        <w:rPr>
          <w:sz w:val="28"/>
          <w:szCs w:val="28"/>
        </w:rPr>
        <w:t>Example:</w:t>
      </w:r>
      <w:r w:rsidRPr="00F470B5">
        <w:rPr>
          <w:sz w:val="28"/>
          <w:szCs w:val="28"/>
        </w:rPr>
        <w:br/>
      </w:r>
      <w:r w:rsidR="00070614" w:rsidRPr="00F470B5">
        <w:rPr>
          <w:noProof/>
          <w:sz w:val="28"/>
          <w:szCs w:val="28"/>
        </w:rPr>
        <w:drawing>
          <wp:inline distT="0" distB="0" distL="0" distR="0" wp14:anchorId="5785CCB8" wp14:editId="7DD48A20">
            <wp:extent cx="3462007" cy="1351831"/>
            <wp:effectExtent l="0" t="0" r="5715" b="1270"/>
            <wp:docPr id="259936332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936332" name="Picture 1" descr="A screenshot of a computer&#10;&#10;AI-generated content may be incorrect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470992" cy="1355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315D99" w14:textId="77777777" w:rsidR="00D46F58" w:rsidRPr="00F470B5" w:rsidRDefault="00000000">
      <w:pPr>
        <w:pStyle w:val="Heading2"/>
        <w:rPr>
          <w:rFonts w:asciiTheme="minorHAnsi" w:hAnsiTheme="minorHAnsi"/>
          <w:sz w:val="40"/>
          <w:szCs w:val="40"/>
        </w:rPr>
      </w:pPr>
      <w:r w:rsidRPr="00F470B5">
        <w:rPr>
          <w:rFonts w:asciiTheme="minorHAnsi" w:hAnsiTheme="minorHAnsi"/>
          <w:sz w:val="40"/>
          <w:szCs w:val="40"/>
        </w:rPr>
        <w:t>Variables</w:t>
      </w:r>
    </w:p>
    <w:p w14:paraId="48E0B5F6" w14:textId="1EF705FE" w:rsidR="00D46F58" w:rsidRPr="00F470B5" w:rsidRDefault="00000000">
      <w:pPr>
        <w:rPr>
          <w:sz w:val="28"/>
          <w:szCs w:val="28"/>
        </w:rPr>
      </w:pPr>
      <w:r w:rsidRPr="00F470B5">
        <w:rPr>
          <w:sz w:val="28"/>
          <w:szCs w:val="28"/>
        </w:rPr>
        <w:t>Variables store values for later use.</w:t>
      </w:r>
      <w:r w:rsidRPr="00F470B5">
        <w:rPr>
          <w:sz w:val="28"/>
          <w:szCs w:val="28"/>
        </w:rPr>
        <w:br/>
        <w:t>Example:</w:t>
      </w:r>
      <w:r w:rsidRPr="00F470B5">
        <w:rPr>
          <w:sz w:val="28"/>
          <w:szCs w:val="28"/>
        </w:rPr>
        <w:br/>
      </w:r>
      <w:r w:rsidR="00070614" w:rsidRPr="00F470B5">
        <w:rPr>
          <w:noProof/>
          <w:sz w:val="28"/>
          <w:szCs w:val="28"/>
        </w:rPr>
        <w:drawing>
          <wp:inline distT="0" distB="0" distL="0" distR="0" wp14:anchorId="05AD9D98" wp14:editId="4AF8AD93">
            <wp:extent cx="5486400" cy="1085215"/>
            <wp:effectExtent l="0" t="0" r="0" b="635"/>
            <wp:docPr id="653061461" name="Picture 1" descr="A white background with green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3061461" name="Picture 1" descr="A white background with green text&#10;&#10;AI-generated content may be incorrect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85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B1701D" w14:textId="77777777" w:rsidR="00D46F58" w:rsidRPr="00F470B5" w:rsidRDefault="00000000">
      <w:pPr>
        <w:pStyle w:val="Heading2"/>
        <w:rPr>
          <w:rFonts w:asciiTheme="minorHAnsi" w:hAnsiTheme="minorHAnsi"/>
          <w:sz w:val="40"/>
          <w:szCs w:val="40"/>
        </w:rPr>
      </w:pPr>
      <w:r w:rsidRPr="00F470B5">
        <w:rPr>
          <w:rFonts w:asciiTheme="minorHAnsi" w:hAnsiTheme="minorHAnsi"/>
          <w:sz w:val="40"/>
          <w:szCs w:val="40"/>
        </w:rPr>
        <w:lastRenderedPageBreak/>
        <w:t>Vectors</w:t>
      </w:r>
    </w:p>
    <w:p w14:paraId="0526E8E6" w14:textId="0A3C9727" w:rsidR="00D46F58" w:rsidRPr="00F470B5" w:rsidRDefault="00000000">
      <w:pPr>
        <w:rPr>
          <w:sz w:val="28"/>
          <w:szCs w:val="28"/>
        </w:rPr>
      </w:pPr>
      <w:r w:rsidRPr="00F470B5">
        <w:rPr>
          <w:sz w:val="28"/>
          <w:szCs w:val="28"/>
        </w:rPr>
        <w:t>Vectors are lists of elements of the same type.</w:t>
      </w:r>
      <w:r w:rsidRPr="00F470B5">
        <w:rPr>
          <w:sz w:val="28"/>
          <w:szCs w:val="28"/>
        </w:rPr>
        <w:br/>
        <w:t>Example:</w:t>
      </w:r>
      <w:r w:rsidRPr="00F470B5">
        <w:rPr>
          <w:sz w:val="28"/>
          <w:szCs w:val="28"/>
        </w:rPr>
        <w:br/>
      </w:r>
      <w:r w:rsidR="00070614" w:rsidRPr="00F470B5">
        <w:rPr>
          <w:noProof/>
          <w:sz w:val="28"/>
          <w:szCs w:val="28"/>
        </w:rPr>
        <w:drawing>
          <wp:inline distT="0" distB="0" distL="0" distR="0" wp14:anchorId="517F7C39" wp14:editId="362C82F5">
            <wp:extent cx="4655127" cy="2842106"/>
            <wp:effectExtent l="0" t="0" r="0" b="0"/>
            <wp:docPr id="236947882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947882" name="Picture 1" descr="A screenshot of a computer&#10;&#10;AI-generated content may be incorrect.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664088" cy="2847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C16372" w14:textId="77777777" w:rsidR="00D46F58" w:rsidRPr="00F470B5" w:rsidRDefault="00000000">
      <w:pPr>
        <w:pStyle w:val="Heading2"/>
        <w:rPr>
          <w:rFonts w:asciiTheme="minorHAnsi" w:hAnsiTheme="minorHAnsi"/>
          <w:sz w:val="40"/>
          <w:szCs w:val="40"/>
        </w:rPr>
      </w:pPr>
      <w:r w:rsidRPr="00F470B5">
        <w:rPr>
          <w:rFonts w:asciiTheme="minorHAnsi" w:hAnsiTheme="minorHAnsi"/>
          <w:sz w:val="40"/>
          <w:szCs w:val="40"/>
        </w:rPr>
        <w:t>Data Frames</w:t>
      </w:r>
    </w:p>
    <w:p w14:paraId="43FEEA8B" w14:textId="77777777" w:rsidR="00070614" w:rsidRPr="00F470B5" w:rsidRDefault="00000000">
      <w:pPr>
        <w:rPr>
          <w:sz w:val="28"/>
          <w:szCs w:val="28"/>
        </w:rPr>
      </w:pPr>
      <w:r w:rsidRPr="00F470B5">
        <w:rPr>
          <w:sz w:val="28"/>
          <w:szCs w:val="28"/>
        </w:rPr>
        <w:t>Data frames store tabular data.</w:t>
      </w:r>
      <w:r w:rsidR="00070614" w:rsidRPr="00F470B5">
        <w:rPr>
          <w:sz w:val="28"/>
          <w:szCs w:val="28"/>
        </w:rPr>
        <w:t xml:space="preserve"> Instead of having multiple lists and conducting analyses or operations on each of those lists, putting them together in a data frame allows for easier organization, manipulation, and analysis.</w:t>
      </w:r>
    </w:p>
    <w:p w14:paraId="7FC54E0B" w14:textId="7A0F9CCA" w:rsidR="00070614" w:rsidRPr="00F470B5" w:rsidRDefault="00000000">
      <w:pPr>
        <w:rPr>
          <w:sz w:val="28"/>
          <w:szCs w:val="28"/>
        </w:rPr>
      </w:pPr>
      <w:r w:rsidRPr="00F470B5">
        <w:rPr>
          <w:sz w:val="28"/>
          <w:szCs w:val="28"/>
        </w:rPr>
        <w:br/>
        <w:t>Example:</w:t>
      </w:r>
      <w:r w:rsidRPr="00F470B5">
        <w:rPr>
          <w:sz w:val="28"/>
          <w:szCs w:val="28"/>
        </w:rPr>
        <w:br/>
      </w:r>
      <w:r w:rsidR="00070614" w:rsidRPr="00F470B5">
        <w:rPr>
          <w:noProof/>
          <w:sz w:val="28"/>
          <w:szCs w:val="28"/>
        </w:rPr>
        <w:drawing>
          <wp:inline distT="0" distB="0" distL="0" distR="0" wp14:anchorId="0592B4C7" wp14:editId="489EC8D1">
            <wp:extent cx="5266358" cy="1841397"/>
            <wp:effectExtent l="0" t="0" r="0" b="6985"/>
            <wp:docPr id="1944856090" name="Picture 1" descr="A computer code with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4856090" name="Picture 1" descr="A computer code with text&#10;&#10;AI-generated content may be incorrect.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2131" cy="1843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4DFD4E" w14:textId="77777777" w:rsidR="003C45A3" w:rsidRPr="00F470B5" w:rsidRDefault="003C45A3">
      <w:pPr>
        <w:rPr>
          <w:sz w:val="28"/>
          <w:szCs w:val="28"/>
        </w:rPr>
      </w:pPr>
    </w:p>
    <w:p w14:paraId="3063CA4B" w14:textId="77777777" w:rsidR="003C45A3" w:rsidRPr="00F470B5" w:rsidRDefault="003C45A3">
      <w:pPr>
        <w:rPr>
          <w:sz w:val="28"/>
          <w:szCs w:val="28"/>
        </w:rPr>
      </w:pPr>
    </w:p>
    <w:p w14:paraId="67262D9E" w14:textId="77777777" w:rsidR="003C45A3" w:rsidRPr="00F470B5" w:rsidRDefault="003C45A3">
      <w:pPr>
        <w:rPr>
          <w:sz w:val="28"/>
          <w:szCs w:val="28"/>
        </w:rPr>
      </w:pPr>
    </w:p>
    <w:p w14:paraId="2731E0CF" w14:textId="77777777" w:rsidR="003C45A3" w:rsidRPr="00F470B5" w:rsidRDefault="003C45A3">
      <w:pPr>
        <w:rPr>
          <w:sz w:val="28"/>
          <w:szCs w:val="28"/>
        </w:rPr>
      </w:pPr>
    </w:p>
    <w:p w14:paraId="779558B0" w14:textId="3EB0FEF5" w:rsidR="00070614" w:rsidRPr="00F470B5" w:rsidRDefault="00070614">
      <w:pPr>
        <w:rPr>
          <w:sz w:val="28"/>
          <w:szCs w:val="28"/>
        </w:rPr>
      </w:pPr>
      <w:r w:rsidRPr="00F470B5">
        <w:rPr>
          <w:sz w:val="28"/>
          <w:szCs w:val="28"/>
        </w:rPr>
        <w:t>Example of a data frame:</w:t>
      </w:r>
    </w:p>
    <w:p w14:paraId="72ECDFED" w14:textId="0ECEFD84" w:rsidR="00070614" w:rsidRPr="00F470B5" w:rsidRDefault="00070614">
      <w:pPr>
        <w:rPr>
          <w:sz w:val="28"/>
          <w:szCs w:val="28"/>
        </w:rPr>
      </w:pPr>
      <w:r w:rsidRPr="00F470B5">
        <w:rPr>
          <w:noProof/>
          <w:sz w:val="28"/>
          <w:szCs w:val="28"/>
        </w:rPr>
        <w:drawing>
          <wp:inline distT="0" distB="0" distL="0" distR="0" wp14:anchorId="35E070F1" wp14:editId="600590C8">
            <wp:extent cx="5486400" cy="1082040"/>
            <wp:effectExtent l="0" t="0" r="0" b="3810"/>
            <wp:docPr id="1237157610" name="Picture 1" descr="A white background with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7157610" name="Picture 1" descr="A white background with black text&#10;&#10;AI-generated content may be incorrect.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82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6DF7CC" w14:textId="77777777" w:rsidR="00070614" w:rsidRPr="00F470B5" w:rsidRDefault="00070614">
      <w:pPr>
        <w:rPr>
          <w:sz w:val="28"/>
          <w:szCs w:val="28"/>
        </w:rPr>
      </w:pPr>
    </w:p>
    <w:p w14:paraId="6166BCE5" w14:textId="3B6E595C" w:rsidR="00D46F58" w:rsidRPr="00F470B5" w:rsidRDefault="00000000">
      <w:pPr>
        <w:pStyle w:val="Heading2"/>
        <w:rPr>
          <w:rFonts w:asciiTheme="minorHAnsi" w:hAnsiTheme="minorHAnsi"/>
          <w:sz w:val="40"/>
          <w:szCs w:val="40"/>
        </w:rPr>
      </w:pPr>
      <w:r w:rsidRPr="00F470B5">
        <w:rPr>
          <w:rFonts w:asciiTheme="minorHAnsi" w:hAnsiTheme="minorHAnsi"/>
          <w:sz w:val="40"/>
          <w:szCs w:val="40"/>
        </w:rPr>
        <w:t>Reading Files</w:t>
      </w:r>
    </w:p>
    <w:p w14:paraId="58A81FAD" w14:textId="42842C44" w:rsidR="00070614" w:rsidRPr="00F470B5" w:rsidRDefault="00070614" w:rsidP="00070614">
      <w:pPr>
        <w:rPr>
          <w:sz w:val="28"/>
          <w:szCs w:val="28"/>
        </w:rPr>
      </w:pPr>
      <w:r w:rsidRPr="00F470B5">
        <w:rPr>
          <w:sz w:val="28"/>
          <w:szCs w:val="28"/>
        </w:rPr>
        <w:t xml:space="preserve">To work with data frames, you will have to know how to </w:t>
      </w:r>
      <w:proofErr w:type="gramStart"/>
      <w:r w:rsidRPr="00F470B5">
        <w:rPr>
          <w:sz w:val="28"/>
          <w:szCs w:val="28"/>
        </w:rPr>
        <w:t>open up</w:t>
      </w:r>
      <w:proofErr w:type="gramEnd"/>
      <w:r w:rsidRPr="00F470B5">
        <w:rPr>
          <w:sz w:val="28"/>
          <w:szCs w:val="28"/>
        </w:rPr>
        <w:t xml:space="preserve"> your data files!</w:t>
      </w:r>
    </w:p>
    <w:p w14:paraId="3D699095" w14:textId="127B0428" w:rsidR="00D46F58" w:rsidRPr="00F470B5" w:rsidRDefault="003C45A3">
      <w:pPr>
        <w:rPr>
          <w:sz w:val="28"/>
          <w:szCs w:val="28"/>
        </w:rPr>
      </w:pPr>
      <w:r w:rsidRPr="00F470B5">
        <w:rPr>
          <w:sz w:val="28"/>
          <w:szCs w:val="28"/>
        </w:rPr>
        <w:t>In our workshop, we will use `</w:t>
      </w:r>
      <w:proofErr w:type="gramStart"/>
      <w:r w:rsidRPr="00F470B5">
        <w:rPr>
          <w:sz w:val="28"/>
          <w:szCs w:val="28"/>
        </w:rPr>
        <w:t>read.csv(</w:t>
      </w:r>
      <w:proofErr w:type="gramEnd"/>
      <w:r w:rsidRPr="00F470B5">
        <w:rPr>
          <w:sz w:val="28"/>
          <w:szCs w:val="28"/>
        </w:rPr>
        <w:t>)` to read CSV files.</w:t>
      </w:r>
      <w:r w:rsidRPr="00F470B5">
        <w:rPr>
          <w:sz w:val="28"/>
          <w:szCs w:val="28"/>
        </w:rPr>
        <w:br/>
        <w:t>Example:</w:t>
      </w:r>
      <w:r w:rsidRPr="00F470B5">
        <w:rPr>
          <w:sz w:val="28"/>
          <w:szCs w:val="28"/>
        </w:rPr>
        <w:br/>
      </w:r>
      <w:r w:rsidR="00070614" w:rsidRPr="00F470B5">
        <w:rPr>
          <w:noProof/>
          <w:sz w:val="28"/>
          <w:szCs w:val="28"/>
        </w:rPr>
        <w:drawing>
          <wp:inline distT="0" distB="0" distL="0" distR="0" wp14:anchorId="187E9AF9" wp14:editId="0A054465">
            <wp:extent cx="3941211" cy="344669"/>
            <wp:effectExtent l="0" t="0" r="2540" b="0"/>
            <wp:docPr id="6812242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1224294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998731" cy="349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9F9774" w14:textId="2605811F" w:rsidR="003C45A3" w:rsidRPr="00F470B5" w:rsidRDefault="003C45A3">
      <w:pPr>
        <w:rPr>
          <w:sz w:val="28"/>
          <w:szCs w:val="28"/>
        </w:rPr>
      </w:pPr>
      <w:r w:rsidRPr="00F470B5">
        <w:rPr>
          <w:sz w:val="28"/>
          <w:szCs w:val="28"/>
        </w:rPr>
        <w:t>Here are a few other functions for reference depending on the type of data file you are working with:</w:t>
      </w:r>
    </w:p>
    <w:p w14:paraId="6F872390" w14:textId="77777777" w:rsidR="003C45A3" w:rsidRPr="003C45A3" w:rsidRDefault="003C45A3" w:rsidP="003C45A3">
      <w:pPr>
        <w:rPr>
          <w:b/>
          <w:bCs/>
          <w:sz w:val="28"/>
          <w:szCs w:val="28"/>
        </w:rPr>
      </w:pPr>
      <w:r w:rsidRPr="003C45A3">
        <w:rPr>
          <w:b/>
          <w:bCs/>
          <w:sz w:val="28"/>
          <w:szCs w:val="28"/>
        </w:rPr>
        <w:t>CSV &amp; Text Files</w:t>
      </w:r>
    </w:p>
    <w:p w14:paraId="2E6C4273" w14:textId="77777777" w:rsidR="003C45A3" w:rsidRPr="003C45A3" w:rsidRDefault="003C45A3" w:rsidP="003C45A3">
      <w:pPr>
        <w:numPr>
          <w:ilvl w:val="0"/>
          <w:numId w:val="11"/>
        </w:numPr>
        <w:rPr>
          <w:sz w:val="28"/>
          <w:szCs w:val="28"/>
        </w:rPr>
      </w:pPr>
      <w:r w:rsidRPr="003C45A3">
        <w:rPr>
          <w:sz w:val="28"/>
          <w:szCs w:val="28"/>
        </w:rPr>
        <w:t>read.csv("file.csv") – Reads a CSV file into a data frame.</w:t>
      </w:r>
    </w:p>
    <w:p w14:paraId="0A3E086D" w14:textId="77777777" w:rsidR="003C45A3" w:rsidRPr="003C45A3" w:rsidRDefault="003C45A3" w:rsidP="003C45A3">
      <w:pPr>
        <w:numPr>
          <w:ilvl w:val="0"/>
          <w:numId w:val="11"/>
        </w:numPr>
        <w:rPr>
          <w:sz w:val="28"/>
          <w:szCs w:val="28"/>
        </w:rPr>
      </w:pPr>
      <w:proofErr w:type="spellStart"/>
      <w:proofErr w:type="gramStart"/>
      <w:r w:rsidRPr="003C45A3">
        <w:rPr>
          <w:sz w:val="28"/>
          <w:szCs w:val="28"/>
        </w:rPr>
        <w:t>read.delim</w:t>
      </w:r>
      <w:proofErr w:type="spellEnd"/>
      <w:proofErr w:type="gramEnd"/>
      <w:r w:rsidRPr="003C45A3">
        <w:rPr>
          <w:sz w:val="28"/>
          <w:szCs w:val="28"/>
        </w:rPr>
        <w:t>("file.txt") – Reads a tab-delimited text file.</w:t>
      </w:r>
    </w:p>
    <w:p w14:paraId="08D5FE7D" w14:textId="77777777" w:rsidR="003C45A3" w:rsidRPr="003C45A3" w:rsidRDefault="003C45A3" w:rsidP="003C45A3">
      <w:pPr>
        <w:numPr>
          <w:ilvl w:val="0"/>
          <w:numId w:val="11"/>
        </w:numPr>
        <w:rPr>
          <w:sz w:val="28"/>
          <w:szCs w:val="28"/>
        </w:rPr>
      </w:pPr>
      <w:proofErr w:type="spellStart"/>
      <w:proofErr w:type="gramStart"/>
      <w:r w:rsidRPr="003C45A3">
        <w:rPr>
          <w:sz w:val="28"/>
          <w:szCs w:val="28"/>
        </w:rPr>
        <w:t>read.table</w:t>
      </w:r>
      <w:proofErr w:type="spellEnd"/>
      <w:proofErr w:type="gramEnd"/>
      <w:r w:rsidRPr="003C45A3">
        <w:rPr>
          <w:sz w:val="28"/>
          <w:szCs w:val="28"/>
        </w:rPr>
        <w:t>("file.txt") – Reads general text files with customizable delimiters.</w:t>
      </w:r>
    </w:p>
    <w:p w14:paraId="1490C06E" w14:textId="77777777" w:rsidR="003C45A3" w:rsidRPr="003C45A3" w:rsidRDefault="003C45A3" w:rsidP="003C45A3">
      <w:pPr>
        <w:numPr>
          <w:ilvl w:val="0"/>
          <w:numId w:val="11"/>
        </w:numPr>
        <w:rPr>
          <w:sz w:val="28"/>
          <w:szCs w:val="28"/>
        </w:rPr>
      </w:pPr>
      <w:proofErr w:type="spellStart"/>
      <w:r w:rsidRPr="003C45A3">
        <w:rPr>
          <w:sz w:val="28"/>
          <w:szCs w:val="28"/>
        </w:rPr>
        <w:t>fread</w:t>
      </w:r>
      <w:proofErr w:type="spellEnd"/>
      <w:r w:rsidRPr="003C45A3">
        <w:rPr>
          <w:sz w:val="28"/>
          <w:szCs w:val="28"/>
        </w:rPr>
        <w:t xml:space="preserve">("file.csv") (from </w:t>
      </w:r>
      <w:proofErr w:type="spellStart"/>
      <w:proofErr w:type="gramStart"/>
      <w:r w:rsidRPr="003C45A3">
        <w:rPr>
          <w:sz w:val="28"/>
          <w:szCs w:val="28"/>
        </w:rPr>
        <w:t>data.table</w:t>
      </w:r>
      <w:proofErr w:type="spellEnd"/>
      <w:proofErr w:type="gramEnd"/>
      <w:r w:rsidRPr="003C45A3">
        <w:rPr>
          <w:sz w:val="28"/>
          <w:szCs w:val="28"/>
        </w:rPr>
        <w:t xml:space="preserve"> package) – Fast reading of large CSV files.</w:t>
      </w:r>
    </w:p>
    <w:p w14:paraId="09A9765E" w14:textId="77777777" w:rsidR="006C55C8" w:rsidRDefault="006C55C8" w:rsidP="003C45A3">
      <w:pPr>
        <w:rPr>
          <w:b/>
          <w:bCs/>
          <w:sz w:val="28"/>
          <w:szCs w:val="28"/>
        </w:rPr>
      </w:pPr>
    </w:p>
    <w:p w14:paraId="1032E639" w14:textId="47D6773F" w:rsidR="003C45A3" w:rsidRPr="003C45A3" w:rsidRDefault="003C45A3" w:rsidP="003C45A3">
      <w:pPr>
        <w:rPr>
          <w:b/>
          <w:bCs/>
          <w:sz w:val="28"/>
          <w:szCs w:val="28"/>
        </w:rPr>
      </w:pPr>
      <w:r w:rsidRPr="003C45A3">
        <w:rPr>
          <w:b/>
          <w:bCs/>
          <w:sz w:val="28"/>
          <w:szCs w:val="28"/>
        </w:rPr>
        <w:lastRenderedPageBreak/>
        <w:t>Excel Files</w:t>
      </w:r>
    </w:p>
    <w:p w14:paraId="0BB6DD45" w14:textId="77777777" w:rsidR="003C45A3" w:rsidRPr="003C45A3" w:rsidRDefault="003C45A3" w:rsidP="003C45A3">
      <w:pPr>
        <w:numPr>
          <w:ilvl w:val="0"/>
          <w:numId w:val="12"/>
        </w:numPr>
        <w:rPr>
          <w:sz w:val="28"/>
          <w:szCs w:val="28"/>
        </w:rPr>
      </w:pPr>
      <w:proofErr w:type="gramStart"/>
      <w:r w:rsidRPr="003C45A3">
        <w:rPr>
          <w:sz w:val="28"/>
          <w:szCs w:val="28"/>
        </w:rPr>
        <w:t>read.xlsx(</w:t>
      </w:r>
      <w:proofErr w:type="gramEnd"/>
      <w:r w:rsidRPr="003C45A3">
        <w:rPr>
          <w:sz w:val="28"/>
          <w:szCs w:val="28"/>
        </w:rPr>
        <w:t xml:space="preserve">"file.xlsx", </w:t>
      </w:r>
      <w:proofErr w:type="spellStart"/>
      <w:r w:rsidRPr="003C45A3">
        <w:rPr>
          <w:sz w:val="28"/>
          <w:szCs w:val="28"/>
        </w:rPr>
        <w:t>sheetIndex</w:t>
      </w:r>
      <w:proofErr w:type="spellEnd"/>
      <w:r w:rsidRPr="003C45A3">
        <w:rPr>
          <w:sz w:val="28"/>
          <w:szCs w:val="28"/>
        </w:rPr>
        <w:t xml:space="preserve"> = 1) (from xlsx package) – Reads Excel files.</w:t>
      </w:r>
    </w:p>
    <w:p w14:paraId="01535B44" w14:textId="77777777" w:rsidR="003C45A3" w:rsidRPr="003C45A3" w:rsidRDefault="003C45A3" w:rsidP="003C45A3">
      <w:pPr>
        <w:numPr>
          <w:ilvl w:val="0"/>
          <w:numId w:val="12"/>
        </w:numPr>
        <w:rPr>
          <w:sz w:val="28"/>
          <w:szCs w:val="28"/>
        </w:rPr>
      </w:pPr>
      <w:proofErr w:type="spellStart"/>
      <w:r w:rsidRPr="003C45A3">
        <w:rPr>
          <w:sz w:val="28"/>
          <w:szCs w:val="28"/>
        </w:rPr>
        <w:t>read_excel</w:t>
      </w:r>
      <w:proofErr w:type="spellEnd"/>
      <w:r w:rsidRPr="003C45A3">
        <w:rPr>
          <w:sz w:val="28"/>
          <w:szCs w:val="28"/>
        </w:rPr>
        <w:t xml:space="preserve">("file.xlsx") (from </w:t>
      </w:r>
      <w:proofErr w:type="spellStart"/>
      <w:r w:rsidRPr="003C45A3">
        <w:rPr>
          <w:sz w:val="28"/>
          <w:szCs w:val="28"/>
        </w:rPr>
        <w:t>readxl</w:t>
      </w:r>
      <w:proofErr w:type="spellEnd"/>
      <w:r w:rsidRPr="003C45A3">
        <w:rPr>
          <w:sz w:val="28"/>
          <w:szCs w:val="28"/>
        </w:rPr>
        <w:t xml:space="preserve"> package) – Reads Excel files without Java dependency.</w:t>
      </w:r>
    </w:p>
    <w:p w14:paraId="75E0DFD8" w14:textId="77777777" w:rsidR="003C45A3" w:rsidRPr="003C45A3" w:rsidRDefault="003C45A3" w:rsidP="003C45A3">
      <w:pPr>
        <w:rPr>
          <w:b/>
          <w:bCs/>
          <w:sz w:val="28"/>
          <w:szCs w:val="28"/>
        </w:rPr>
      </w:pPr>
      <w:r w:rsidRPr="003C45A3">
        <w:rPr>
          <w:b/>
          <w:bCs/>
          <w:sz w:val="28"/>
          <w:szCs w:val="28"/>
        </w:rPr>
        <w:t>R Data Files</w:t>
      </w:r>
    </w:p>
    <w:p w14:paraId="4EF85EC0" w14:textId="77777777" w:rsidR="003C45A3" w:rsidRPr="003C45A3" w:rsidRDefault="003C45A3" w:rsidP="003C45A3">
      <w:pPr>
        <w:numPr>
          <w:ilvl w:val="0"/>
          <w:numId w:val="13"/>
        </w:numPr>
        <w:rPr>
          <w:sz w:val="28"/>
          <w:szCs w:val="28"/>
        </w:rPr>
      </w:pPr>
      <w:r w:rsidRPr="003C45A3">
        <w:rPr>
          <w:sz w:val="28"/>
          <w:szCs w:val="28"/>
        </w:rPr>
        <w:t>load("</w:t>
      </w:r>
      <w:proofErr w:type="spellStart"/>
      <w:proofErr w:type="gramStart"/>
      <w:r w:rsidRPr="003C45A3">
        <w:rPr>
          <w:sz w:val="28"/>
          <w:szCs w:val="28"/>
        </w:rPr>
        <w:t>file.RData</w:t>
      </w:r>
      <w:proofErr w:type="spellEnd"/>
      <w:proofErr w:type="gramEnd"/>
      <w:r w:rsidRPr="003C45A3">
        <w:rPr>
          <w:sz w:val="28"/>
          <w:szCs w:val="28"/>
        </w:rPr>
        <w:t xml:space="preserve">") – Loads </w:t>
      </w:r>
      <w:proofErr w:type="spellStart"/>
      <w:r w:rsidRPr="003C45A3">
        <w:rPr>
          <w:sz w:val="28"/>
          <w:szCs w:val="28"/>
        </w:rPr>
        <w:t>RData</w:t>
      </w:r>
      <w:proofErr w:type="spellEnd"/>
      <w:r w:rsidRPr="003C45A3">
        <w:rPr>
          <w:sz w:val="28"/>
          <w:szCs w:val="28"/>
        </w:rPr>
        <w:t xml:space="preserve"> files containing saved objects.</w:t>
      </w:r>
    </w:p>
    <w:p w14:paraId="2957C5BE" w14:textId="77777777" w:rsidR="003C45A3" w:rsidRPr="003C45A3" w:rsidRDefault="003C45A3" w:rsidP="003C45A3">
      <w:pPr>
        <w:numPr>
          <w:ilvl w:val="0"/>
          <w:numId w:val="13"/>
        </w:numPr>
        <w:rPr>
          <w:sz w:val="28"/>
          <w:szCs w:val="28"/>
        </w:rPr>
      </w:pPr>
      <w:proofErr w:type="spellStart"/>
      <w:r w:rsidRPr="003C45A3">
        <w:rPr>
          <w:sz w:val="28"/>
          <w:szCs w:val="28"/>
        </w:rPr>
        <w:t>readRDS</w:t>
      </w:r>
      <w:proofErr w:type="spellEnd"/>
      <w:r w:rsidRPr="003C45A3">
        <w:rPr>
          <w:sz w:val="28"/>
          <w:szCs w:val="28"/>
        </w:rPr>
        <w:t>("</w:t>
      </w:r>
      <w:proofErr w:type="spellStart"/>
      <w:r w:rsidRPr="003C45A3">
        <w:rPr>
          <w:sz w:val="28"/>
          <w:szCs w:val="28"/>
        </w:rPr>
        <w:t>file.rds</w:t>
      </w:r>
      <w:proofErr w:type="spellEnd"/>
      <w:r w:rsidRPr="003C45A3">
        <w:rPr>
          <w:sz w:val="28"/>
          <w:szCs w:val="28"/>
        </w:rPr>
        <w:t>") – Reads an RDS file into an R object.</w:t>
      </w:r>
    </w:p>
    <w:p w14:paraId="2749C345" w14:textId="77777777" w:rsidR="003C45A3" w:rsidRPr="003C45A3" w:rsidRDefault="003C45A3" w:rsidP="003C45A3">
      <w:pPr>
        <w:rPr>
          <w:b/>
          <w:bCs/>
          <w:sz w:val="28"/>
          <w:szCs w:val="28"/>
        </w:rPr>
      </w:pPr>
      <w:r w:rsidRPr="003C45A3">
        <w:rPr>
          <w:b/>
          <w:bCs/>
          <w:sz w:val="28"/>
          <w:szCs w:val="28"/>
        </w:rPr>
        <w:t>SPSS, SAS, and Stata Files</w:t>
      </w:r>
    </w:p>
    <w:p w14:paraId="53D4FF36" w14:textId="77777777" w:rsidR="003C45A3" w:rsidRPr="003C45A3" w:rsidRDefault="003C45A3" w:rsidP="003C45A3">
      <w:pPr>
        <w:numPr>
          <w:ilvl w:val="0"/>
          <w:numId w:val="14"/>
        </w:numPr>
        <w:rPr>
          <w:sz w:val="28"/>
          <w:szCs w:val="28"/>
        </w:rPr>
      </w:pPr>
      <w:proofErr w:type="spellStart"/>
      <w:r w:rsidRPr="003C45A3">
        <w:rPr>
          <w:sz w:val="28"/>
          <w:szCs w:val="28"/>
        </w:rPr>
        <w:t>read_spss</w:t>
      </w:r>
      <w:proofErr w:type="spellEnd"/>
      <w:r w:rsidRPr="003C45A3">
        <w:rPr>
          <w:sz w:val="28"/>
          <w:szCs w:val="28"/>
        </w:rPr>
        <w:t>("</w:t>
      </w:r>
      <w:proofErr w:type="spellStart"/>
      <w:r w:rsidRPr="003C45A3">
        <w:rPr>
          <w:sz w:val="28"/>
          <w:szCs w:val="28"/>
        </w:rPr>
        <w:t>file.sav</w:t>
      </w:r>
      <w:proofErr w:type="spellEnd"/>
      <w:r w:rsidRPr="003C45A3">
        <w:rPr>
          <w:sz w:val="28"/>
          <w:szCs w:val="28"/>
        </w:rPr>
        <w:t>") (from haven package) – Reads SPSS files.</w:t>
      </w:r>
    </w:p>
    <w:p w14:paraId="2D4FAFF5" w14:textId="77777777" w:rsidR="003C45A3" w:rsidRPr="003C45A3" w:rsidRDefault="003C45A3" w:rsidP="003C45A3">
      <w:pPr>
        <w:numPr>
          <w:ilvl w:val="0"/>
          <w:numId w:val="14"/>
        </w:numPr>
        <w:rPr>
          <w:sz w:val="28"/>
          <w:szCs w:val="28"/>
        </w:rPr>
      </w:pPr>
      <w:proofErr w:type="spellStart"/>
      <w:r w:rsidRPr="003C45A3">
        <w:rPr>
          <w:sz w:val="28"/>
          <w:szCs w:val="28"/>
        </w:rPr>
        <w:t>read_sas</w:t>
      </w:r>
      <w:proofErr w:type="spellEnd"/>
      <w:r w:rsidRPr="003C45A3">
        <w:rPr>
          <w:sz w:val="28"/>
          <w:szCs w:val="28"/>
        </w:rPr>
        <w:t>("</w:t>
      </w:r>
      <w:proofErr w:type="gramStart"/>
      <w:r w:rsidRPr="003C45A3">
        <w:rPr>
          <w:sz w:val="28"/>
          <w:szCs w:val="28"/>
        </w:rPr>
        <w:t>file.sas</w:t>
      </w:r>
      <w:proofErr w:type="gramEnd"/>
      <w:r w:rsidRPr="003C45A3">
        <w:rPr>
          <w:sz w:val="28"/>
          <w:szCs w:val="28"/>
        </w:rPr>
        <w:t>7bdat") (from haven package) – Reads SAS datasets.</w:t>
      </w:r>
    </w:p>
    <w:p w14:paraId="651E0EB6" w14:textId="77777777" w:rsidR="003C45A3" w:rsidRPr="003C45A3" w:rsidRDefault="003C45A3" w:rsidP="003C45A3">
      <w:pPr>
        <w:numPr>
          <w:ilvl w:val="0"/>
          <w:numId w:val="14"/>
        </w:numPr>
        <w:rPr>
          <w:sz w:val="28"/>
          <w:szCs w:val="28"/>
        </w:rPr>
      </w:pPr>
      <w:proofErr w:type="spellStart"/>
      <w:r w:rsidRPr="003C45A3">
        <w:rPr>
          <w:sz w:val="28"/>
          <w:szCs w:val="28"/>
        </w:rPr>
        <w:t>read_dta</w:t>
      </w:r>
      <w:proofErr w:type="spellEnd"/>
      <w:r w:rsidRPr="003C45A3">
        <w:rPr>
          <w:sz w:val="28"/>
          <w:szCs w:val="28"/>
        </w:rPr>
        <w:t>("</w:t>
      </w:r>
      <w:proofErr w:type="spellStart"/>
      <w:r w:rsidRPr="003C45A3">
        <w:rPr>
          <w:sz w:val="28"/>
          <w:szCs w:val="28"/>
        </w:rPr>
        <w:t>file.dta</w:t>
      </w:r>
      <w:proofErr w:type="spellEnd"/>
      <w:r w:rsidRPr="003C45A3">
        <w:rPr>
          <w:sz w:val="28"/>
          <w:szCs w:val="28"/>
        </w:rPr>
        <w:t>") (from haven or foreign package) – Reads Stata files.</w:t>
      </w:r>
    </w:p>
    <w:p w14:paraId="4D274B9C" w14:textId="77777777" w:rsidR="003C45A3" w:rsidRPr="003C45A3" w:rsidRDefault="003C45A3" w:rsidP="003C45A3">
      <w:pPr>
        <w:rPr>
          <w:b/>
          <w:bCs/>
          <w:sz w:val="28"/>
          <w:szCs w:val="28"/>
        </w:rPr>
      </w:pPr>
      <w:r w:rsidRPr="003C45A3">
        <w:rPr>
          <w:b/>
          <w:bCs/>
          <w:sz w:val="28"/>
          <w:szCs w:val="28"/>
        </w:rPr>
        <w:t>JSON &amp; XML Files</w:t>
      </w:r>
    </w:p>
    <w:p w14:paraId="778C844C" w14:textId="77777777" w:rsidR="003C45A3" w:rsidRPr="003C45A3" w:rsidRDefault="003C45A3" w:rsidP="003C45A3">
      <w:pPr>
        <w:numPr>
          <w:ilvl w:val="0"/>
          <w:numId w:val="15"/>
        </w:numPr>
        <w:rPr>
          <w:sz w:val="28"/>
          <w:szCs w:val="28"/>
        </w:rPr>
      </w:pPr>
      <w:proofErr w:type="spellStart"/>
      <w:r w:rsidRPr="003C45A3">
        <w:rPr>
          <w:sz w:val="28"/>
          <w:szCs w:val="28"/>
        </w:rPr>
        <w:t>fromJSON</w:t>
      </w:r>
      <w:proofErr w:type="spellEnd"/>
      <w:r w:rsidRPr="003C45A3">
        <w:rPr>
          <w:sz w:val="28"/>
          <w:szCs w:val="28"/>
        </w:rPr>
        <w:t>("</w:t>
      </w:r>
      <w:proofErr w:type="spellStart"/>
      <w:proofErr w:type="gramStart"/>
      <w:r w:rsidRPr="003C45A3">
        <w:rPr>
          <w:sz w:val="28"/>
          <w:szCs w:val="28"/>
        </w:rPr>
        <w:t>file.json</w:t>
      </w:r>
      <w:proofErr w:type="spellEnd"/>
      <w:proofErr w:type="gramEnd"/>
      <w:r w:rsidRPr="003C45A3">
        <w:rPr>
          <w:sz w:val="28"/>
          <w:szCs w:val="28"/>
        </w:rPr>
        <w:t xml:space="preserve">") (from </w:t>
      </w:r>
      <w:proofErr w:type="spellStart"/>
      <w:r w:rsidRPr="003C45A3">
        <w:rPr>
          <w:sz w:val="28"/>
          <w:szCs w:val="28"/>
        </w:rPr>
        <w:t>jsonlite</w:t>
      </w:r>
      <w:proofErr w:type="spellEnd"/>
      <w:r w:rsidRPr="003C45A3">
        <w:rPr>
          <w:sz w:val="28"/>
          <w:szCs w:val="28"/>
        </w:rPr>
        <w:t xml:space="preserve"> package) – Reads JSON files.</w:t>
      </w:r>
    </w:p>
    <w:p w14:paraId="64BC55A3" w14:textId="77777777" w:rsidR="003C45A3" w:rsidRPr="003C45A3" w:rsidRDefault="003C45A3" w:rsidP="003C45A3">
      <w:pPr>
        <w:numPr>
          <w:ilvl w:val="0"/>
          <w:numId w:val="15"/>
        </w:numPr>
        <w:rPr>
          <w:sz w:val="28"/>
          <w:szCs w:val="28"/>
        </w:rPr>
      </w:pPr>
      <w:proofErr w:type="spellStart"/>
      <w:r w:rsidRPr="003C45A3">
        <w:rPr>
          <w:sz w:val="28"/>
          <w:szCs w:val="28"/>
        </w:rPr>
        <w:t>xmlParse</w:t>
      </w:r>
      <w:proofErr w:type="spellEnd"/>
      <w:r w:rsidRPr="003C45A3">
        <w:rPr>
          <w:sz w:val="28"/>
          <w:szCs w:val="28"/>
        </w:rPr>
        <w:t>("file.xml") (from XML package) – Reads XML files.</w:t>
      </w:r>
    </w:p>
    <w:p w14:paraId="282E3C23" w14:textId="77777777" w:rsidR="003C45A3" w:rsidRPr="003C45A3" w:rsidRDefault="003C45A3" w:rsidP="003C45A3">
      <w:pPr>
        <w:rPr>
          <w:b/>
          <w:bCs/>
          <w:sz w:val="28"/>
          <w:szCs w:val="28"/>
        </w:rPr>
      </w:pPr>
      <w:r w:rsidRPr="003C45A3">
        <w:rPr>
          <w:b/>
          <w:bCs/>
          <w:sz w:val="28"/>
          <w:szCs w:val="28"/>
        </w:rPr>
        <w:t>SQL Databases</w:t>
      </w:r>
    </w:p>
    <w:p w14:paraId="10C5D01A" w14:textId="77777777" w:rsidR="003C45A3" w:rsidRPr="003C45A3" w:rsidRDefault="003C45A3" w:rsidP="003C45A3">
      <w:pPr>
        <w:numPr>
          <w:ilvl w:val="0"/>
          <w:numId w:val="16"/>
        </w:numPr>
        <w:rPr>
          <w:sz w:val="28"/>
          <w:szCs w:val="28"/>
        </w:rPr>
      </w:pPr>
      <w:proofErr w:type="spellStart"/>
      <w:proofErr w:type="gramStart"/>
      <w:r w:rsidRPr="003C45A3">
        <w:rPr>
          <w:sz w:val="28"/>
          <w:szCs w:val="28"/>
        </w:rPr>
        <w:t>dbReadTable</w:t>
      </w:r>
      <w:proofErr w:type="spellEnd"/>
      <w:r w:rsidRPr="003C45A3">
        <w:rPr>
          <w:sz w:val="28"/>
          <w:szCs w:val="28"/>
        </w:rPr>
        <w:t>(</w:t>
      </w:r>
      <w:proofErr w:type="gramEnd"/>
      <w:r w:rsidRPr="003C45A3">
        <w:rPr>
          <w:sz w:val="28"/>
          <w:szCs w:val="28"/>
        </w:rPr>
        <w:t>con, "</w:t>
      </w:r>
      <w:proofErr w:type="spellStart"/>
      <w:r w:rsidRPr="003C45A3">
        <w:rPr>
          <w:sz w:val="28"/>
          <w:szCs w:val="28"/>
        </w:rPr>
        <w:t>table_name</w:t>
      </w:r>
      <w:proofErr w:type="spellEnd"/>
      <w:r w:rsidRPr="003C45A3">
        <w:rPr>
          <w:sz w:val="28"/>
          <w:szCs w:val="28"/>
        </w:rPr>
        <w:t>") (from DBI package) – Reads a table from an SQL database.</w:t>
      </w:r>
    </w:p>
    <w:p w14:paraId="0FCD3091" w14:textId="77777777" w:rsidR="003C45A3" w:rsidRPr="003C45A3" w:rsidRDefault="003C45A3" w:rsidP="003C45A3">
      <w:pPr>
        <w:numPr>
          <w:ilvl w:val="0"/>
          <w:numId w:val="16"/>
        </w:numPr>
        <w:rPr>
          <w:sz w:val="28"/>
          <w:szCs w:val="28"/>
        </w:rPr>
      </w:pPr>
      <w:proofErr w:type="spellStart"/>
      <w:proofErr w:type="gramStart"/>
      <w:r w:rsidRPr="003C45A3">
        <w:rPr>
          <w:sz w:val="28"/>
          <w:szCs w:val="28"/>
        </w:rPr>
        <w:t>dbGetQuery</w:t>
      </w:r>
      <w:proofErr w:type="spellEnd"/>
      <w:r w:rsidRPr="003C45A3">
        <w:rPr>
          <w:sz w:val="28"/>
          <w:szCs w:val="28"/>
        </w:rPr>
        <w:t>(</w:t>
      </w:r>
      <w:proofErr w:type="gramEnd"/>
      <w:r w:rsidRPr="003C45A3">
        <w:rPr>
          <w:sz w:val="28"/>
          <w:szCs w:val="28"/>
        </w:rPr>
        <w:t>con, "SELECT * FROM table") (from DBI package) – Runs a query and retrieves results.</w:t>
      </w:r>
    </w:p>
    <w:p w14:paraId="191DC433" w14:textId="77777777" w:rsidR="003C45A3" w:rsidRPr="00F470B5" w:rsidRDefault="003C45A3">
      <w:pPr>
        <w:rPr>
          <w:sz w:val="28"/>
          <w:szCs w:val="28"/>
        </w:rPr>
      </w:pPr>
    </w:p>
    <w:p w14:paraId="15DC737B" w14:textId="77777777" w:rsidR="00D46F58" w:rsidRPr="00F470B5" w:rsidRDefault="00000000">
      <w:pPr>
        <w:pStyle w:val="Heading2"/>
        <w:rPr>
          <w:rFonts w:asciiTheme="minorHAnsi" w:hAnsiTheme="minorHAnsi"/>
          <w:sz w:val="40"/>
          <w:szCs w:val="40"/>
        </w:rPr>
      </w:pPr>
      <w:r w:rsidRPr="00F470B5">
        <w:rPr>
          <w:rFonts w:asciiTheme="minorHAnsi" w:hAnsiTheme="minorHAnsi"/>
          <w:sz w:val="40"/>
          <w:szCs w:val="40"/>
        </w:rPr>
        <w:lastRenderedPageBreak/>
        <w:t>Scatterplots</w:t>
      </w:r>
    </w:p>
    <w:p w14:paraId="4546F6DF" w14:textId="3C2DCE8A" w:rsidR="00D46F58" w:rsidRPr="00F470B5" w:rsidRDefault="00000000">
      <w:pPr>
        <w:rPr>
          <w:sz w:val="28"/>
          <w:szCs w:val="28"/>
        </w:rPr>
      </w:pPr>
      <w:r w:rsidRPr="00F470B5">
        <w:rPr>
          <w:sz w:val="28"/>
          <w:szCs w:val="28"/>
        </w:rPr>
        <w:t>Use `</w:t>
      </w:r>
      <w:proofErr w:type="gramStart"/>
      <w:r w:rsidRPr="00F470B5">
        <w:rPr>
          <w:sz w:val="28"/>
          <w:szCs w:val="28"/>
        </w:rPr>
        <w:t>plot(</w:t>
      </w:r>
      <w:proofErr w:type="gramEnd"/>
      <w:r w:rsidRPr="00F470B5">
        <w:rPr>
          <w:sz w:val="28"/>
          <w:szCs w:val="28"/>
        </w:rPr>
        <w:t>)` to create scatterplots</w:t>
      </w:r>
      <w:r w:rsidR="003C45A3" w:rsidRPr="00F470B5">
        <w:rPr>
          <w:sz w:val="28"/>
          <w:szCs w:val="28"/>
        </w:rPr>
        <w:t xml:space="preserve"> to visualize your data</w:t>
      </w:r>
      <w:r w:rsidRPr="00F470B5">
        <w:rPr>
          <w:sz w:val="28"/>
          <w:szCs w:val="28"/>
        </w:rPr>
        <w:t>.</w:t>
      </w:r>
      <w:r w:rsidR="003C45A3" w:rsidRPr="00F470B5">
        <w:rPr>
          <w:sz w:val="28"/>
          <w:szCs w:val="28"/>
        </w:rPr>
        <w:t xml:space="preserve"> Example:</w:t>
      </w:r>
      <w:r w:rsidRPr="00F470B5">
        <w:rPr>
          <w:sz w:val="28"/>
          <w:szCs w:val="28"/>
        </w:rPr>
        <w:br/>
      </w:r>
      <w:r w:rsidR="003C45A3" w:rsidRPr="00F470B5">
        <w:rPr>
          <w:noProof/>
          <w:sz w:val="28"/>
          <w:szCs w:val="28"/>
        </w:rPr>
        <w:drawing>
          <wp:inline distT="0" distB="0" distL="0" distR="0" wp14:anchorId="2FF155E1" wp14:editId="0C4C8F64">
            <wp:extent cx="5187260" cy="2650067"/>
            <wp:effectExtent l="0" t="0" r="0" b="0"/>
            <wp:docPr id="1961272262" name="Picture 1" descr="A screenshot of a computer progra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1272262" name="Picture 1" descr="A screenshot of a computer program&#10;&#10;AI-generated content may be incorrect.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12326" cy="2662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470B5">
        <w:rPr>
          <w:sz w:val="28"/>
          <w:szCs w:val="28"/>
        </w:rPr>
        <w:br/>
      </w:r>
      <w:r w:rsidR="003C45A3" w:rsidRPr="00F470B5">
        <w:rPr>
          <w:noProof/>
          <w:sz w:val="28"/>
          <w:szCs w:val="28"/>
        </w:rPr>
        <w:drawing>
          <wp:inline distT="0" distB="0" distL="0" distR="0" wp14:anchorId="2131AEB8" wp14:editId="0FE02A4A">
            <wp:extent cx="5317067" cy="3088700"/>
            <wp:effectExtent l="0" t="0" r="0" b="0"/>
            <wp:docPr id="1879066775" name="Picture 1" descr="A graph of ice cream sal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9066775" name="Picture 1" descr="A graph of ice cream sales&#10;&#10;AI-generated content may be incorrect.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327054" cy="3094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79A3E6" w14:textId="77777777" w:rsidR="00D46F58" w:rsidRPr="008041E5" w:rsidRDefault="00000000">
      <w:pPr>
        <w:pStyle w:val="Heading2"/>
        <w:rPr>
          <w:rFonts w:asciiTheme="minorHAnsi" w:hAnsiTheme="minorHAnsi"/>
          <w:sz w:val="40"/>
          <w:szCs w:val="40"/>
        </w:rPr>
      </w:pPr>
      <w:r w:rsidRPr="008041E5">
        <w:rPr>
          <w:rFonts w:asciiTheme="minorHAnsi" w:hAnsiTheme="minorHAnsi"/>
          <w:sz w:val="40"/>
          <w:szCs w:val="40"/>
        </w:rPr>
        <w:t>Correlation</w:t>
      </w:r>
    </w:p>
    <w:p w14:paraId="508372AA" w14:textId="77777777" w:rsidR="003C45A3" w:rsidRPr="00F470B5" w:rsidRDefault="00000000">
      <w:pPr>
        <w:rPr>
          <w:sz w:val="28"/>
          <w:szCs w:val="28"/>
        </w:rPr>
      </w:pPr>
      <w:r w:rsidRPr="00F470B5">
        <w:rPr>
          <w:sz w:val="28"/>
          <w:szCs w:val="28"/>
        </w:rPr>
        <w:t>Use `</w:t>
      </w:r>
      <w:proofErr w:type="gramStart"/>
      <w:r w:rsidRPr="00F470B5">
        <w:rPr>
          <w:sz w:val="28"/>
          <w:szCs w:val="28"/>
        </w:rPr>
        <w:t>cor(</w:t>
      </w:r>
      <w:proofErr w:type="gramEnd"/>
      <w:r w:rsidRPr="00F470B5">
        <w:rPr>
          <w:sz w:val="28"/>
          <w:szCs w:val="28"/>
        </w:rPr>
        <w:t>)` to find correlations between variables.</w:t>
      </w:r>
    </w:p>
    <w:p w14:paraId="2427C57A" w14:textId="77777777" w:rsidR="003C45A3" w:rsidRPr="003C45A3" w:rsidRDefault="003C45A3" w:rsidP="003C45A3">
      <w:pPr>
        <w:rPr>
          <w:b/>
          <w:bCs/>
          <w:sz w:val="28"/>
          <w:szCs w:val="28"/>
        </w:rPr>
      </w:pPr>
      <w:r w:rsidRPr="003C45A3">
        <w:rPr>
          <w:b/>
          <w:bCs/>
          <w:sz w:val="28"/>
          <w:szCs w:val="28"/>
        </w:rPr>
        <w:t>Understanding Correlation in R</w:t>
      </w:r>
    </w:p>
    <w:p w14:paraId="24CFAD2B" w14:textId="77777777" w:rsidR="003C45A3" w:rsidRPr="003C45A3" w:rsidRDefault="003C45A3" w:rsidP="003C45A3">
      <w:pPr>
        <w:rPr>
          <w:sz w:val="28"/>
          <w:szCs w:val="28"/>
        </w:rPr>
      </w:pPr>
      <w:r w:rsidRPr="003C45A3">
        <w:rPr>
          <w:sz w:val="28"/>
          <w:szCs w:val="28"/>
        </w:rPr>
        <w:lastRenderedPageBreak/>
        <w:t xml:space="preserve">The </w:t>
      </w:r>
      <w:proofErr w:type="spellStart"/>
      <w:proofErr w:type="gramStart"/>
      <w:r w:rsidRPr="003C45A3">
        <w:rPr>
          <w:sz w:val="28"/>
          <w:szCs w:val="28"/>
        </w:rPr>
        <w:t>cor</w:t>
      </w:r>
      <w:proofErr w:type="spellEnd"/>
      <w:r w:rsidRPr="003C45A3">
        <w:rPr>
          <w:sz w:val="28"/>
          <w:szCs w:val="28"/>
        </w:rPr>
        <w:t>(</w:t>
      </w:r>
      <w:proofErr w:type="gramEnd"/>
      <w:r w:rsidRPr="003C45A3">
        <w:rPr>
          <w:sz w:val="28"/>
          <w:szCs w:val="28"/>
        </w:rPr>
        <w:t>) function in R is used to measure the correlation between two variables. Correlation tells us how strongly two variables are related and whether changes in one variable correspond to changes in another.</w:t>
      </w:r>
    </w:p>
    <w:p w14:paraId="4E3307E9" w14:textId="77777777" w:rsidR="003C45A3" w:rsidRPr="003C45A3" w:rsidRDefault="003C45A3" w:rsidP="003C45A3">
      <w:pPr>
        <w:rPr>
          <w:b/>
          <w:bCs/>
          <w:sz w:val="28"/>
          <w:szCs w:val="28"/>
        </w:rPr>
      </w:pPr>
      <w:r w:rsidRPr="003C45A3">
        <w:rPr>
          <w:b/>
          <w:bCs/>
          <w:sz w:val="28"/>
          <w:szCs w:val="28"/>
        </w:rPr>
        <w:t>Types of Correlation:</w:t>
      </w:r>
    </w:p>
    <w:p w14:paraId="16C365D1" w14:textId="77777777" w:rsidR="003C45A3" w:rsidRPr="003C45A3" w:rsidRDefault="003C45A3" w:rsidP="003C45A3">
      <w:pPr>
        <w:numPr>
          <w:ilvl w:val="0"/>
          <w:numId w:val="17"/>
        </w:numPr>
        <w:rPr>
          <w:sz w:val="28"/>
          <w:szCs w:val="28"/>
        </w:rPr>
      </w:pPr>
      <w:r w:rsidRPr="003C45A3">
        <w:rPr>
          <w:b/>
          <w:bCs/>
          <w:sz w:val="28"/>
          <w:szCs w:val="28"/>
        </w:rPr>
        <w:t>Positive Correlation</w:t>
      </w:r>
      <w:r w:rsidRPr="003C45A3">
        <w:rPr>
          <w:sz w:val="28"/>
          <w:szCs w:val="28"/>
        </w:rPr>
        <w:t xml:space="preserve"> – When one variable increases, the other also increases.</w:t>
      </w:r>
    </w:p>
    <w:p w14:paraId="6125B32E" w14:textId="77777777" w:rsidR="003C45A3" w:rsidRPr="003C45A3" w:rsidRDefault="003C45A3" w:rsidP="003C45A3">
      <w:pPr>
        <w:numPr>
          <w:ilvl w:val="1"/>
          <w:numId w:val="17"/>
        </w:numPr>
        <w:rPr>
          <w:sz w:val="28"/>
          <w:szCs w:val="28"/>
        </w:rPr>
      </w:pPr>
      <w:r w:rsidRPr="003C45A3">
        <w:rPr>
          <w:sz w:val="28"/>
          <w:szCs w:val="28"/>
        </w:rPr>
        <w:t>Example: Study time and test scores (more study time → higher scores).</w:t>
      </w:r>
    </w:p>
    <w:p w14:paraId="7E57C4A6" w14:textId="77777777" w:rsidR="003C45A3" w:rsidRPr="003C45A3" w:rsidRDefault="003C45A3" w:rsidP="003C45A3">
      <w:pPr>
        <w:numPr>
          <w:ilvl w:val="0"/>
          <w:numId w:val="17"/>
        </w:numPr>
        <w:rPr>
          <w:sz w:val="28"/>
          <w:szCs w:val="28"/>
        </w:rPr>
      </w:pPr>
      <w:r w:rsidRPr="003C45A3">
        <w:rPr>
          <w:b/>
          <w:bCs/>
          <w:sz w:val="28"/>
          <w:szCs w:val="28"/>
        </w:rPr>
        <w:t>Negative Correlation</w:t>
      </w:r>
      <w:r w:rsidRPr="003C45A3">
        <w:rPr>
          <w:sz w:val="28"/>
          <w:szCs w:val="28"/>
        </w:rPr>
        <w:t xml:space="preserve"> – When one variable increases, the other decreases.</w:t>
      </w:r>
    </w:p>
    <w:p w14:paraId="08200573" w14:textId="77777777" w:rsidR="003C45A3" w:rsidRPr="003C45A3" w:rsidRDefault="003C45A3" w:rsidP="003C45A3">
      <w:pPr>
        <w:numPr>
          <w:ilvl w:val="1"/>
          <w:numId w:val="17"/>
        </w:numPr>
        <w:rPr>
          <w:sz w:val="28"/>
          <w:szCs w:val="28"/>
        </w:rPr>
      </w:pPr>
      <w:r w:rsidRPr="003C45A3">
        <w:rPr>
          <w:sz w:val="28"/>
          <w:szCs w:val="28"/>
        </w:rPr>
        <w:t>Example: Stress and sleep (more stress → less sleep).</w:t>
      </w:r>
    </w:p>
    <w:p w14:paraId="4F7DCB0B" w14:textId="77777777" w:rsidR="003C45A3" w:rsidRPr="003C45A3" w:rsidRDefault="003C45A3" w:rsidP="003C45A3">
      <w:pPr>
        <w:numPr>
          <w:ilvl w:val="0"/>
          <w:numId w:val="17"/>
        </w:numPr>
        <w:rPr>
          <w:sz w:val="28"/>
          <w:szCs w:val="28"/>
        </w:rPr>
      </w:pPr>
      <w:r w:rsidRPr="003C45A3">
        <w:rPr>
          <w:b/>
          <w:bCs/>
          <w:sz w:val="28"/>
          <w:szCs w:val="28"/>
        </w:rPr>
        <w:t>No Correlation</w:t>
      </w:r>
      <w:r w:rsidRPr="003C45A3">
        <w:rPr>
          <w:sz w:val="28"/>
          <w:szCs w:val="28"/>
        </w:rPr>
        <w:t xml:space="preserve"> – No clear relationship between the two variables.</w:t>
      </w:r>
    </w:p>
    <w:p w14:paraId="27E33CAA" w14:textId="77777777" w:rsidR="003C45A3" w:rsidRPr="003C45A3" w:rsidRDefault="003C45A3" w:rsidP="003C45A3">
      <w:pPr>
        <w:numPr>
          <w:ilvl w:val="1"/>
          <w:numId w:val="17"/>
        </w:numPr>
        <w:rPr>
          <w:sz w:val="28"/>
          <w:szCs w:val="28"/>
        </w:rPr>
      </w:pPr>
      <w:r w:rsidRPr="003C45A3">
        <w:rPr>
          <w:sz w:val="28"/>
          <w:szCs w:val="28"/>
        </w:rPr>
        <w:t>Example: Shoe size and intelligence (unrelated).</w:t>
      </w:r>
    </w:p>
    <w:p w14:paraId="2B91950F" w14:textId="250685B4" w:rsidR="00D46F58" w:rsidRPr="00F470B5" w:rsidRDefault="00000000">
      <w:pPr>
        <w:rPr>
          <w:sz w:val="28"/>
          <w:szCs w:val="28"/>
        </w:rPr>
      </w:pPr>
      <w:r w:rsidRPr="00F470B5">
        <w:rPr>
          <w:sz w:val="28"/>
          <w:szCs w:val="28"/>
        </w:rPr>
        <w:br/>
        <w:t>Example:</w:t>
      </w:r>
      <w:r w:rsidRPr="00F470B5">
        <w:rPr>
          <w:sz w:val="28"/>
          <w:szCs w:val="28"/>
        </w:rPr>
        <w:br/>
      </w:r>
      <w:r w:rsidR="003C45A3" w:rsidRPr="00F470B5">
        <w:rPr>
          <w:noProof/>
          <w:sz w:val="28"/>
          <w:szCs w:val="28"/>
        </w:rPr>
        <w:drawing>
          <wp:inline distT="0" distB="0" distL="0" distR="0" wp14:anchorId="06440969" wp14:editId="3A54E13F">
            <wp:extent cx="5019995" cy="1080693"/>
            <wp:effectExtent l="0" t="0" r="0" b="5715"/>
            <wp:docPr id="1412592536" name="Picture 1" descr="A close-up of a computer cod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2592536" name="Picture 1" descr="A close-up of a computer code&#10;&#10;AI-generated content may be incorrect.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035295" cy="1083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BA965E" w14:textId="1AD13277" w:rsidR="003C45A3" w:rsidRPr="00F470B5" w:rsidRDefault="003C45A3">
      <w:pPr>
        <w:rPr>
          <w:sz w:val="28"/>
          <w:szCs w:val="28"/>
        </w:rPr>
      </w:pPr>
      <w:r w:rsidRPr="00F470B5">
        <w:rPr>
          <w:noProof/>
          <w:sz w:val="28"/>
          <w:szCs w:val="28"/>
        </w:rPr>
        <w:drawing>
          <wp:inline distT="0" distB="0" distL="0" distR="0" wp14:anchorId="6689C8E2" wp14:editId="10BF0CB1">
            <wp:extent cx="4296375" cy="704948"/>
            <wp:effectExtent l="0" t="0" r="9525" b="0"/>
            <wp:docPr id="200358778" name="Picture 1" descr="A close up of numb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358778" name="Picture 1" descr="A close up of numbers&#10;&#10;AI-generated content may be incorrect.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296375" cy="704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EA316A" w14:textId="49BABA33" w:rsidR="003C45A3" w:rsidRPr="008041E5" w:rsidRDefault="003C45A3">
      <w:pPr>
        <w:rPr>
          <w:b/>
          <w:bCs/>
          <w:sz w:val="40"/>
          <w:szCs w:val="40"/>
        </w:rPr>
      </w:pPr>
      <w:r w:rsidRPr="008041E5">
        <w:rPr>
          <w:b/>
          <w:bCs/>
          <w:sz w:val="40"/>
          <w:szCs w:val="40"/>
        </w:rPr>
        <w:t>Interpreting Correlation: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72"/>
        <w:gridCol w:w="3428"/>
      </w:tblGrid>
      <w:tr w:rsidR="003C45A3" w:rsidRPr="003C45A3" w14:paraId="606E8F11" w14:textId="77777777" w:rsidTr="003C45A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9C99E9C" w14:textId="77777777" w:rsidR="003C45A3" w:rsidRPr="003C45A3" w:rsidRDefault="003C45A3" w:rsidP="003C45A3">
            <w:pPr>
              <w:rPr>
                <w:b/>
                <w:bCs/>
                <w:sz w:val="28"/>
                <w:szCs w:val="28"/>
              </w:rPr>
            </w:pPr>
            <w:r w:rsidRPr="003C45A3">
              <w:rPr>
                <w:b/>
                <w:bCs/>
                <w:sz w:val="28"/>
                <w:szCs w:val="28"/>
              </w:rPr>
              <w:t>Correlation Coefficient (r)</w:t>
            </w:r>
          </w:p>
        </w:tc>
        <w:tc>
          <w:tcPr>
            <w:tcW w:w="0" w:type="auto"/>
            <w:vAlign w:val="center"/>
            <w:hideMark/>
          </w:tcPr>
          <w:p w14:paraId="36D69067" w14:textId="77777777" w:rsidR="003C45A3" w:rsidRPr="003C45A3" w:rsidRDefault="003C45A3" w:rsidP="003C45A3">
            <w:pPr>
              <w:rPr>
                <w:b/>
                <w:bCs/>
                <w:sz w:val="28"/>
                <w:szCs w:val="28"/>
              </w:rPr>
            </w:pPr>
            <w:r w:rsidRPr="003C45A3">
              <w:rPr>
                <w:b/>
                <w:bCs/>
                <w:sz w:val="28"/>
                <w:szCs w:val="28"/>
              </w:rPr>
              <w:t>Strength of Relationship</w:t>
            </w:r>
          </w:p>
        </w:tc>
      </w:tr>
      <w:tr w:rsidR="003C45A3" w:rsidRPr="003C45A3" w14:paraId="48ED2E50" w14:textId="77777777" w:rsidTr="003C45A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735C3D" w14:textId="77777777" w:rsidR="003C45A3" w:rsidRPr="003C45A3" w:rsidRDefault="003C45A3" w:rsidP="003C45A3">
            <w:pPr>
              <w:rPr>
                <w:sz w:val="28"/>
                <w:szCs w:val="28"/>
              </w:rPr>
            </w:pPr>
            <w:r w:rsidRPr="003C45A3">
              <w:rPr>
                <w:b/>
                <w:bCs/>
                <w:sz w:val="28"/>
                <w:szCs w:val="28"/>
              </w:rPr>
              <w:lastRenderedPageBreak/>
              <w:t>0.90 to 1.00</w:t>
            </w:r>
            <w:r w:rsidRPr="003C45A3">
              <w:rPr>
                <w:sz w:val="28"/>
                <w:szCs w:val="28"/>
              </w:rPr>
              <w:t xml:space="preserve"> or </w:t>
            </w:r>
            <w:r w:rsidRPr="003C45A3">
              <w:rPr>
                <w:b/>
                <w:bCs/>
                <w:sz w:val="28"/>
                <w:szCs w:val="28"/>
              </w:rPr>
              <w:t>-0.90 to -1.00</w:t>
            </w:r>
          </w:p>
        </w:tc>
        <w:tc>
          <w:tcPr>
            <w:tcW w:w="0" w:type="auto"/>
            <w:vAlign w:val="center"/>
            <w:hideMark/>
          </w:tcPr>
          <w:p w14:paraId="40A65A90" w14:textId="77777777" w:rsidR="003C45A3" w:rsidRPr="003C45A3" w:rsidRDefault="003C45A3" w:rsidP="003C45A3">
            <w:pPr>
              <w:rPr>
                <w:sz w:val="28"/>
                <w:szCs w:val="28"/>
              </w:rPr>
            </w:pPr>
            <w:r w:rsidRPr="003C45A3">
              <w:rPr>
                <w:sz w:val="28"/>
                <w:szCs w:val="28"/>
              </w:rPr>
              <w:t>Very strong correlation</w:t>
            </w:r>
          </w:p>
        </w:tc>
      </w:tr>
      <w:tr w:rsidR="003C45A3" w:rsidRPr="003C45A3" w14:paraId="47698AAF" w14:textId="77777777" w:rsidTr="003C45A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169166" w14:textId="77777777" w:rsidR="003C45A3" w:rsidRPr="003C45A3" w:rsidRDefault="003C45A3" w:rsidP="003C45A3">
            <w:pPr>
              <w:rPr>
                <w:sz w:val="28"/>
                <w:szCs w:val="28"/>
              </w:rPr>
            </w:pPr>
            <w:r w:rsidRPr="003C45A3">
              <w:rPr>
                <w:b/>
                <w:bCs/>
                <w:sz w:val="28"/>
                <w:szCs w:val="28"/>
              </w:rPr>
              <w:t>0.70 to 0.89</w:t>
            </w:r>
            <w:r w:rsidRPr="003C45A3">
              <w:rPr>
                <w:sz w:val="28"/>
                <w:szCs w:val="28"/>
              </w:rPr>
              <w:t xml:space="preserve"> or </w:t>
            </w:r>
            <w:r w:rsidRPr="003C45A3">
              <w:rPr>
                <w:b/>
                <w:bCs/>
                <w:sz w:val="28"/>
                <w:szCs w:val="28"/>
              </w:rPr>
              <w:t>-0.70 to -0.89</w:t>
            </w:r>
          </w:p>
        </w:tc>
        <w:tc>
          <w:tcPr>
            <w:tcW w:w="0" w:type="auto"/>
            <w:vAlign w:val="center"/>
            <w:hideMark/>
          </w:tcPr>
          <w:p w14:paraId="52D4C3D4" w14:textId="77777777" w:rsidR="003C45A3" w:rsidRPr="003C45A3" w:rsidRDefault="003C45A3" w:rsidP="003C45A3">
            <w:pPr>
              <w:rPr>
                <w:sz w:val="28"/>
                <w:szCs w:val="28"/>
              </w:rPr>
            </w:pPr>
            <w:r w:rsidRPr="003C45A3">
              <w:rPr>
                <w:sz w:val="28"/>
                <w:szCs w:val="28"/>
              </w:rPr>
              <w:t>Strong correlation</w:t>
            </w:r>
          </w:p>
        </w:tc>
      </w:tr>
      <w:tr w:rsidR="003C45A3" w:rsidRPr="003C45A3" w14:paraId="1BAFB940" w14:textId="77777777" w:rsidTr="003C45A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FA4047" w14:textId="77777777" w:rsidR="003C45A3" w:rsidRPr="003C45A3" w:rsidRDefault="003C45A3" w:rsidP="003C45A3">
            <w:pPr>
              <w:rPr>
                <w:sz w:val="28"/>
                <w:szCs w:val="28"/>
              </w:rPr>
            </w:pPr>
            <w:r w:rsidRPr="003C45A3">
              <w:rPr>
                <w:b/>
                <w:bCs/>
                <w:sz w:val="28"/>
                <w:szCs w:val="28"/>
              </w:rPr>
              <w:t>0.40 to 0.69</w:t>
            </w:r>
            <w:r w:rsidRPr="003C45A3">
              <w:rPr>
                <w:sz w:val="28"/>
                <w:szCs w:val="28"/>
              </w:rPr>
              <w:t xml:space="preserve"> or </w:t>
            </w:r>
            <w:r w:rsidRPr="003C45A3">
              <w:rPr>
                <w:b/>
                <w:bCs/>
                <w:sz w:val="28"/>
                <w:szCs w:val="28"/>
              </w:rPr>
              <w:t>-0.40 to -0.69</w:t>
            </w:r>
          </w:p>
        </w:tc>
        <w:tc>
          <w:tcPr>
            <w:tcW w:w="0" w:type="auto"/>
            <w:vAlign w:val="center"/>
            <w:hideMark/>
          </w:tcPr>
          <w:p w14:paraId="3980C26E" w14:textId="77777777" w:rsidR="003C45A3" w:rsidRPr="003C45A3" w:rsidRDefault="003C45A3" w:rsidP="003C45A3">
            <w:pPr>
              <w:rPr>
                <w:sz w:val="28"/>
                <w:szCs w:val="28"/>
              </w:rPr>
            </w:pPr>
            <w:r w:rsidRPr="003C45A3">
              <w:rPr>
                <w:sz w:val="28"/>
                <w:szCs w:val="28"/>
              </w:rPr>
              <w:t>Moderate correlation</w:t>
            </w:r>
          </w:p>
        </w:tc>
      </w:tr>
      <w:tr w:rsidR="003C45A3" w:rsidRPr="003C45A3" w14:paraId="3C312592" w14:textId="77777777" w:rsidTr="003C45A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628412" w14:textId="77777777" w:rsidR="003C45A3" w:rsidRPr="003C45A3" w:rsidRDefault="003C45A3" w:rsidP="003C45A3">
            <w:pPr>
              <w:rPr>
                <w:sz w:val="28"/>
                <w:szCs w:val="28"/>
              </w:rPr>
            </w:pPr>
            <w:r w:rsidRPr="003C45A3">
              <w:rPr>
                <w:b/>
                <w:bCs/>
                <w:sz w:val="28"/>
                <w:szCs w:val="28"/>
              </w:rPr>
              <w:t>0.10 to 0.39</w:t>
            </w:r>
            <w:r w:rsidRPr="003C45A3">
              <w:rPr>
                <w:sz w:val="28"/>
                <w:szCs w:val="28"/>
              </w:rPr>
              <w:t xml:space="preserve"> or </w:t>
            </w:r>
            <w:r w:rsidRPr="003C45A3">
              <w:rPr>
                <w:b/>
                <w:bCs/>
                <w:sz w:val="28"/>
                <w:szCs w:val="28"/>
              </w:rPr>
              <w:t>-0.10 to -0.39</w:t>
            </w:r>
          </w:p>
        </w:tc>
        <w:tc>
          <w:tcPr>
            <w:tcW w:w="0" w:type="auto"/>
            <w:vAlign w:val="center"/>
            <w:hideMark/>
          </w:tcPr>
          <w:p w14:paraId="41718CBE" w14:textId="77777777" w:rsidR="003C45A3" w:rsidRPr="003C45A3" w:rsidRDefault="003C45A3" w:rsidP="003C45A3">
            <w:pPr>
              <w:rPr>
                <w:sz w:val="28"/>
                <w:szCs w:val="28"/>
              </w:rPr>
            </w:pPr>
            <w:r w:rsidRPr="003C45A3">
              <w:rPr>
                <w:sz w:val="28"/>
                <w:szCs w:val="28"/>
              </w:rPr>
              <w:t>Weak correlation</w:t>
            </w:r>
          </w:p>
        </w:tc>
      </w:tr>
      <w:tr w:rsidR="003C45A3" w:rsidRPr="003C45A3" w14:paraId="52EFF4C6" w14:textId="77777777" w:rsidTr="003C45A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7B35FE" w14:textId="77777777" w:rsidR="003C45A3" w:rsidRPr="003C45A3" w:rsidRDefault="003C45A3" w:rsidP="003C45A3">
            <w:pPr>
              <w:rPr>
                <w:sz w:val="28"/>
                <w:szCs w:val="28"/>
              </w:rPr>
            </w:pPr>
            <w:r w:rsidRPr="003C45A3">
              <w:rPr>
                <w:b/>
                <w:bCs/>
                <w:sz w:val="28"/>
                <w:szCs w:val="28"/>
              </w:rPr>
              <w:t>0.00 to 0.09</w:t>
            </w:r>
            <w:r w:rsidRPr="003C45A3">
              <w:rPr>
                <w:sz w:val="28"/>
                <w:szCs w:val="28"/>
              </w:rPr>
              <w:t xml:space="preserve"> or </w:t>
            </w:r>
            <w:r w:rsidRPr="003C45A3">
              <w:rPr>
                <w:b/>
                <w:bCs/>
                <w:sz w:val="28"/>
                <w:szCs w:val="28"/>
              </w:rPr>
              <w:t>-0.00 to -0.09</w:t>
            </w:r>
          </w:p>
        </w:tc>
        <w:tc>
          <w:tcPr>
            <w:tcW w:w="0" w:type="auto"/>
            <w:vAlign w:val="center"/>
            <w:hideMark/>
          </w:tcPr>
          <w:p w14:paraId="45D336F3" w14:textId="77777777" w:rsidR="003C45A3" w:rsidRPr="003C45A3" w:rsidRDefault="003C45A3" w:rsidP="003C45A3">
            <w:pPr>
              <w:rPr>
                <w:sz w:val="28"/>
                <w:szCs w:val="28"/>
              </w:rPr>
            </w:pPr>
            <w:r w:rsidRPr="003C45A3">
              <w:rPr>
                <w:sz w:val="28"/>
                <w:szCs w:val="28"/>
              </w:rPr>
              <w:t>No or very weak correlation</w:t>
            </w:r>
          </w:p>
        </w:tc>
      </w:tr>
    </w:tbl>
    <w:p w14:paraId="4AB77D1A" w14:textId="77777777" w:rsidR="003C45A3" w:rsidRPr="003C45A3" w:rsidRDefault="003C45A3" w:rsidP="003C45A3">
      <w:pPr>
        <w:rPr>
          <w:sz w:val="28"/>
          <w:szCs w:val="28"/>
        </w:rPr>
      </w:pPr>
      <w:r w:rsidRPr="003C45A3">
        <w:rPr>
          <w:sz w:val="28"/>
          <w:szCs w:val="28"/>
        </w:rPr>
        <w:t xml:space="preserve">A correlation of </w:t>
      </w:r>
      <w:r w:rsidRPr="003C45A3">
        <w:rPr>
          <w:b/>
          <w:bCs/>
          <w:sz w:val="28"/>
          <w:szCs w:val="28"/>
        </w:rPr>
        <w:t>0.53</w:t>
      </w:r>
      <w:r w:rsidRPr="003C45A3">
        <w:rPr>
          <w:sz w:val="28"/>
          <w:szCs w:val="28"/>
        </w:rPr>
        <w:t xml:space="preserve"> between </w:t>
      </w:r>
      <w:r w:rsidRPr="003C45A3">
        <w:rPr>
          <w:b/>
          <w:bCs/>
          <w:sz w:val="28"/>
          <w:szCs w:val="28"/>
        </w:rPr>
        <w:t>shark attacks</w:t>
      </w:r>
      <w:r w:rsidRPr="003C45A3">
        <w:rPr>
          <w:sz w:val="28"/>
          <w:szCs w:val="28"/>
        </w:rPr>
        <w:t xml:space="preserve"> and </w:t>
      </w:r>
      <w:r w:rsidRPr="003C45A3">
        <w:rPr>
          <w:b/>
          <w:bCs/>
          <w:sz w:val="28"/>
          <w:szCs w:val="28"/>
        </w:rPr>
        <w:t>ice cream sales</w:t>
      </w:r>
      <w:r w:rsidRPr="003C45A3">
        <w:rPr>
          <w:sz w:val="28"/>
          <w:szCs w:val="28"/>
        </w:rPr>
        <w:t xml:space="preserve"> indicates a </w:t>
      </w:r>
      <w:r w:rsidRPr="003C45A3">
        <w:rPr>
          <w:b/>
          <w:bCs/>
          <w:sz w:val="28"/>
          <w:szCs w:val="28"/>
        </w:rPr>
        <w:t>moderate positive correlation</w:t>
      </w:r>
      <w:r w:rsidRPr="003C45A3">
        <w:rPr>
          <w:sz w:val="28"/>
          <w:szCs w:val="28"/>
        </w:rPr>
        <w:t xml:space="preserve"> between the two variables.</w:t>
      </w:r>
    </w:p>
    <w:p w14:paraId="7C473CE3" w14:textId="77777777" w:rsidR="003C45A3" w:rsidRPr="003C45A3" w:rsidRDefault="003C45A3" w:rsidP="003C45A3">
      <w:pPr>
        <w:rPr>
          <w:b/>
          <w:bCs/>
          <w:sz w:val="28"/>
          <w:szCs w:val="28"/>
        </w:rPr>
      </w:pPr>
      <w:r w:rsidRPr="003C45A3">
        <w:rPr>
          <w:b/>
          <w:bCs/>
          <w:sz w:val="28"/>
          <w:szCs w:val="28"/>
        </w:rPr>
        <w:t>What Does This Mean?</w:t>
      </w:r>
    </w:p>
    <w:p w14:paraId="53F7C6A0" w14:textId="77777777" w:rsidR="003C45A3" w:rsidRPr="003C45A3" w:rsidRDefault="003C45A3" w:rsidP="003C45A3">
      <w:pPr>
        <w:numPr>
          <w:ilvl w:val="0"/>
          <w:numId w:val="18"/>
        </w:numPr>
        <w:rPr>
          <w:sz w:val="28"/>
          <w:szCs w:val="28"/>
        </w:rPr>
      </w:pPr>
      <w:r w:rsidRPr="003C45A3">
        <w:rPr>
          <w:sz w:val="28"/>
          <w:szCs w:val="28"/>
        </w:rPr>
        <w:t xml:space="preserve">Since the value is </w:t>
      </w:r>
      <w:r w:rsidRPr="003C45A3">
        <w:rPr>
          <w:b/>
          <w:bCs/>
          <w:sz w:val="28"/>
          <w:szCs w:val="28"/>
        </w:rPr>
        <w:t>positive</w:t>
      </w:r>
      <w:r w:rsidRPr="003C45A3">
        <w:rPr>
          <w:sz w:val="28"/>
          <w:szCs w:val="28"/>
        </w:rPr>
        <w:t xml:space="preserve">, it suggests that </w:t>
      </w:r>
      <w:r w:rsidRPr="003C45A3">
        <w:rPr>
          <w:b/>
          <w:bCs/>
          <w:sz w:val="28"/>
          <w:szCs w:val="28"/>
        </w:rPr>
        <w:t>as ice cream sales increase, shark attacks also tend to increase</w:t>
      </w:r>
      <w:r w:rsidRPr="003C45A3">
        <w:rPr>
          <w:sz w:val="28"/>
          <w:szCs w:val="28"/>
        </w:rPr>
        <w:t>.</w:t>
      </w:r>
    </w:p>
    <w:p w14:paraId="638BD332" w14:textId="77777777" w:rsidR="003C45A3" w:rsidRPr="003C45A3" w:rsidRDefault="003C45A3" w:rsidP="003C45A3">
      <w:pPr>
        <w:numPr>
          <w:ilvl w:val="0"/>
          <w:numId w:val="18"/>
        </w:numPr>
        <w:rPr>
          <w:sz w:val="28"/>
          <w:szCs w:val="28"/>
        </w:rPr>
      </w:pPr>
      <w:r w:rsidRPr="003C45A3">
        <w:rPr>
          <w:sz w:val="28"/>
          <w:szCs w:val="28"/>
        </w:rPr>
        <w:t xml:space="preserve">However, a correlation of </w:t>
      </w:r>
      <w:r w:rsidRPr="003C45A3">
        <w:rPr>
          <w:b/>
          <w:bCs/>
          <w:sz w:val="28"/>
          <w:szCs w:val="28"/>
        </w:rPr>
        <w:t>0.53</w:t>
      </w:r>
      <w:r w:rsidRPr="003C45A3">
        <w:rPr>
          <w:sz w:val="28"/>
          <w:szCs w:val="28"/>
        </w:rPr>
        <w:t xml:space="preserve"> does </w:t>
      </w:r>
      <w:r w:rsidRPr="003C45A3">
        <w:rPr>
          <w:b/>
          <w:bCs/>
          <w:sz w:val="28"/>
          <w:szCs w:val="28"/>
        </w:rPr>
        <w:t>not</w:t>
      </w:r>
      <w:r w:rsidRPr="003C45A3">
        <w:rPr>
          <w:sz w:val="28"/>
          <w:szCs w:val="28"/>
        </w:rPr>
        <w:t xml:space="preserve"> mean that ice cream sales </w:t>
      </w:r>
      <w:r w:rsidRPr="003C45A3">
        <w:rPr>
          <w:i/>
          <w:iCs/>
          <w:sz w:val="28"/>
          <w:szCs w:val="28"/>
        </w:rPr>
        <w:t>cause</w:t>
      </w:r>
      <w:r w:rsidRPr="003C45A3">
        <w:rPr>
          <w:sz w:val="28"/>
          <w:szCs w:val="28"/>
        </w:rPr>
        <w:t xml:space="preserve"> shark attacks—it just shows an association.</w:t>
      </w:r>
    </w:p>
    <w:p w14:paraId="063214A9" w14:textId="77777777" w:rsidR="003C45A3" w:rsidRPr="003C45A3" w:rsidRDefault="003C45A3" w:rsidP="003C45A3">
      <w:pPr>
        <w:numPr>
          <w:ilvl w:val="0"/>
          <w:numId w:val="18"/>
        </w:numPr>
        <w:rPr>
          <w:sz w:val="28"/>
          <w:szCs w:val="28"/>
        </w:rPr>
      </w:pPr>
      <w:r w:rsidRPr="003C45A3">
        <w:rPr>
          <w:sz w:val="28"/>
          <w:szCs w:val="28"/>
        </w:rPr>
        <w:t xml:space="preserve">This could be due to a </w:t>
      </w:r>
      <w:r w:rsidRPr="003C45A3">
        <w:rPr>
          <w:b/>
          <w:bCs/>
          <w:sz w:val="28"/>
          <w:szCs w:val="28"/>
        </w:rPr>
        <w:t>third variable</w:t>
      </w:r>
      <w:r w:rsidRPr="003C45A3">
        <w:rPr>
          <w:sz w:val="28"/>
          <w:szCs w:val="28"/>
        </w:rPr>
        <w:t xml:space="preserve">, like </w:t>
      </w:r>
      <w:r w:rsidRPr="003C45A3">
        <w:rPr>
          <w:b/>
          <w:bCs/>
          <w:sz w:val="28"/>
          <w:szCs w:val="28"/>
        </w:rPr>
        <w:t>temperature</w:t>
      </w:r>
      <w:r w:rsidRPr="003C45A3">
        <w:rPr>
          <w:sz w:val="28"/>
          <w:szCs w:val="28"/>
        </w:rPr>
        <w:t xml:space="preserve">. Hotter weather leads to </w:t>
      </w:r>
      <w:r w:rsidRPr="003C45A3">
        <w:rPr>
          <w:b/>
          <w:bCs/>
          <w:sz w:val="28"/>
          <w:szCs w:val="28"/>
        </w:rPr>
        <w:t>more people buying ice cream</w:t>
      </w:r>
      <w:r w:rsidRPr="003C45A3">
        <w:rPr>
          <w:sz w:val="28"/>
          <w:szCs w:val="28"/>
        </w:rPr>
        <w:t xml:space="preserve"> and </w:t>
      </w:r>
      <w:r w:rsidRPr="003C45A3">
        <w:rPr>
          <w:b/>
          <w:bCs/>
          <w:sz w:val="28"/>
          <w:szCs w:val="28"/>
        </w:rPr>
        <w:t>more people swimming</w:t>
      </w:r>
      <w:r w:rsidRPr="003C45A3">
        <w:rPr>
          <w:sz w:val="28"/>
          <w:szCs w:val="28"/>
        </w:rPr>
        <w:t>, increasing the chance of shark attacks.</w:t>
      </w:r>
    </w:p>
    <w:p w14:paraId="01E6DD29" w14:textId="77777777" w:rsidR="003C45A3" w:rsidRPr="00F470B5" w:rsidRDefault="003C45A3">
      <w:pPr>
        <w:rPr>
          <w:sz w:val="28"/>
          <w:szCs w:val="28"/>
        </w:rPr>
      </w:pPr>
    </w:p>
    <w:p w14:paraId="0B102683" w14:textId="19F27174" w:rsidR="00D46F58" w:rsidRDefault="00000000">
      <w:pPr>
        <w:pStyle w:val="Heading2"/>
        <w:rPr>
          <w:rFonts w:asciiTheme="minorHAnsi" w:hAnsiTheme="minorHAnsi"/>
          <w:sz w:val="40"/>
          <w:szCs w:val="40"/>
        </w:rPr>
      </w:pPr>
      <w:r w:rsidRPr="008041E5">
        <w:rPr>
          <w:rFonts w:asciiTheme="minorHAnsi" w:hAnsiTheme="minorHAnsi"/>
          <w:sz w:val="40"/>
          <w:szCs w:val="40"/>
        </w:rPr>
        <w:t>Linear Models</w:t>
      </w:r>
      <w:r w:rsidR="002554CD">
        <w:rPr>
          <w:rFonts w:asciiTheme="minorHAnsi" w:hAnsiTheme="minorHAnsi"/>
          <w:sz w:val="40"/>
          <w:szCs w:val="40"/>
        </w:rPr>
        <w:t xml:space="preserve"> and Variation</w:t>
      </w:r>
    </w:p>
    <w:p w14:paraId="304AFD60" w14:textId="77777777" w:rsidR="002554CD" w:rsidRPr="002554CD" w:rsidRDefault="002554CD" w:rsidP="002554CD">
      <w:pPr>
        <w:rPr>
          <w:sz w:val="28"/>
          <w:szCs w:val="28"/>
        </w:rPr>
      </w:pPr>
      <w:r w:rsidRPr="002554CD">
        <w:rPr>
          <w:sz w:val="28"/>
          <w:szCs w:val="28"/>
        </w:rPr>
        <w:t>Variation is essential in linear models because it helps us understand relationships between variables. A linear model examines how changes in one variable (e.g., ice cream sales) predict changes in another (e.g., shark attacks). If there is a consistent pattern in the variation, the model can create a best-fit line to describe this relationship, allowing us to make predictions based on the data.</w:t>
      </w:r>
    </w:p>
    <w:p w14:paraId="47E72364" w14:textId="77777777" w:rsidR="002554CD" w:rsidRPr="002554CD" w:rsidRDefault="002554CD" w:rsidP="002554CD">
      <w:pPr>
        <w:numPr>
          <w:ilvl w:val="0"/>
          <w:numId w:val="25"/>
        </w:numPr>
        <w:rPr>
          <w:sz w:val="28"/>
          <w:szCs w:val="28"/>
        </w:rPr>
      </w:pPr>
      <w:r w:rsidRPr="002554CD">
        <w:rPr>
          <w:b/>
          <w:bCs/>
          <w:sz w:val="28"/>
          <w:szCs w:val="28"/>
        </w:rPr>
        <w:t>Variation</w:t>
      </w:r>
      <w:r w:rsidRPr="002554CD">
        <w:rPr>
          <w:sz w:val="28"/>
          <w:szCs w:val="28"/>
        </w:rPr>
        <w:t xml:space="preserve"> refers to how much data points change.</w:t>
      </w:r>
    </w:p>
    <w:p w14:paraId="0945932A" w14:textId="77777777" w:rsidR="002554CD" w:rsidRPr="002554CD" w:rsidRDefault="002554CD" w:rsidP="002554CD">
      <w:pPr>
        <w:numPr>
          <w:ilvl w:val="0"/>
          <w:numId w:val="25"/>
        </w:numPr>
        <w:rPr>
          <w:sz w:val="28"/>
          <w:szCs w:val="28"/>
        </w:rPr>
      </w:pPr>
      <w:r w:rsidRPr="002554CD">
        <w:rPr>
          <w:b/>
          <w:bCs/>
          <w:sz w:val="28"/>
          <w:szCs w:val="28"/>
        </w:rPr>
        <w:lastRenderedPageBreak/>
        <w:t>Linear models</w:t>
      </w:r>
      <w:r w:rsidRPr="002554CD">
        <w:rPr>
          <w:sz w:val="28"/>
          <w:szCs w:val="28"/>
        </w:rPr>
        <w:t xml:space="preserve"> analyze how one variable affects another.</w:t>
      </w:r>
    </w:p>
    <w:p w14:paraId="4D2B71F2" w14:textId="77777777" w:rsidR="002554CD" w:rsidRPr="002554CD" w:rsidRDefault="002554CD" w:rsidP="002554CD">
      <w:pPr>
        <w:numPr>
          <w:ilvl w:val="0"/>
          <w:numId w:val="25"/>
        </w:numPr>
        <w:rPr>
          <w:sz w:val="28"/>
          <w:szCs w:val="28"/>
        </w:rPr>
      </w:pPr>
      <w:r w:rsidRPr="002554CD">
        <w:rPr>
          <w:b/>
          <w:bCs/>
          <w:sz w:val="28"/>
          <w:szCs w:val="28"/>
        </w:rPr>
        <w:t>Best-fit lines</w:t>
      </w:r>
      <w:r w:rsidRPr="002554CD">
        <w:rPr>
          <w:sz w:val="28"/>
          <w:szCs w:val="28"/>
        </w:rPr>
        <w:t xml:space="preserve"> help describe relationships and make predictions.</w:t>
      </w:r>
    </w:p>
    <w:p w14:paraId="16BF39E4" w14:textId="77777777" w:rsidR="002554CD" w:rsidRPr="002554CD" w:rsidRDefault="002554CD" w:rsidP="002554CD">
      <w:pPr>
        <w:numPr>
          <w:ilvl w:val="0"/>
          <w:numId w:val="25"/>
        </w:numPr>
        <w:rPr>
          <w:sz w:val="28"/>
          <w:szCs w:val="28"/>
        </w:rPr>
      </w:pPr>
      <w:r w:rsidRPr="002554CD">
        <w:rPr>
          <w:b/>
          <w:bCs/>
          <w:sz w:val="28"/>
          <w:szCs w:val="28"/>
        </w:rPr>
        <w:t>Example</w:t>
      </w:r>
      <w:r w:rsidRPr="002554CD">
        <w:rPr>
          <w:sz w:val="28"/>
          <w:szCs w:val="28"/>
        </w:rPr>
        <w:t>: If ice cream sales and shark attacks increase together, a model can help determine the strength of this relationship.</w:t>
      </w:r>
    </w:p>
    <w:p w14:paraId="185994AD" w14:textId="77777777" w:rsidR="002554CD" w:rsidRPr="002554CD" w:rsidRDefault="002554CD" w:rsidP="002554CD"/>
    <w:p w14:paraId="05A21CB3" w14:textId="4A2A31E0" w:rsidR="00D46F58" w:rsidRDefault="002554CD">
      <w:pPr>
        <w:rPr>
          <w:sz w:val="28"/>
          <w:szCs w:val="28"/>
        </w:rPr>
      </w:pPr>
      <w:r w:rsidRPr="002554CD">
        <w:rPr>
          <w:sz w:val="28"/>
          <w:szCs w:val="28"/>
        </w:rPr>
        <w:t xml:space="preserve">Use </w:t>
      </w:r>
      <w:proofErr w:type="spellStart"/>
      <w:proofErr w:type="gramStart"/>
      <w:r w:rsidRPr="002554CD">
        <w:rPr>
          <w:sz w:val="28"/>
          <w:szCs w:val="28"/>
        </w:rPr>
        <w:t>lm</w:t>
      </w:r>
      <w:proofErr w:type="spellEnd"/>
      <w:r w:rsidRPr="002554CD">
        <w:rPr>
          <w:sz w:val="28"/>
          <w:szCs w:val="28"/>
        </w:rPr>
        <w:t>(</w:t>
      </w:r>
      <w:proofErr w:type="gramEnd"/>
      <w:r w:rsidRPr="002554CD">
        <w:rPr>
          <w:sz w:val="28"/>
          <w:szCs w:val="28"/>
        </w:rPr>
        <w:t xml:space="preserve">) to create a linear regression model. In R, the format for a linear model is Y ~ X. If we want to determine how much variation in shark attacks can be explained by ice cream sales, we </w:t>
      </w:r>
      <w:proofErr w:type="gramStart"/>
      <w:r w:rsidRPr="002554CD">
        <w:rPr>
          <w:sz w:val="28"/>
          <w:szCs w:val="28"/>
        </w:rPr>
        <w:t>would</w:t>
      </w:r>
      <w:proofErr w:type="gramEnd"/>
      <w:r w:rsidRPr="002554CD">
        <w:rPr>
          <w:sz w:val="28"/>
          <w:szCs w:val="28"/>
        </w:rPr>
        <w:t xml:space="preserve"> use the following code:</w:t>
      </w:r>
      <w:r w:rsidRPr="00F470B5">
        <w:rPr>
          <w:sz w:val="28"/>
          <w:szCs w:val="28"/>
        </w:rPr>
        <w:br/>
        <w:t>Example:</w:t>
      </w:r>
      <w:r w:rsidRPr="00F470B5">
        <w:rPr>
          <w:sz w:val="28"/>
          <w:szCs w:val="28"/>
        </w:rPr>
        <w:br/>
      </w:r>
      <w:r w:rsidRPr="002554CD">
        <w:rPr>
          <w:noProof/>
          <w:sz w:val="28"/>
          <w:szCs w:val="28"/>
        </w:rPr>
        <w:drawing>
          <wp:inline distT="0" distB="0" distL="0" distR="0" wp14:anchorId="413D2C7A" wp14:editId="0110DA2A">
            <wp:extent cx="5486400" cy="877570"/>
            <wp:effectExtent l="0" t="0" r="0" b="0"/>
            <wp:docPr id="348851240" name="Picture 1" descr="A close-up of word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851240" name="Picture 1" descr="A close-up of words&#10;&#10;AI-generated content may be incorrect.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77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187105" w14:textId="68EA695D" w:rsidR="002554CD" w:rsidRDefault="002554CD">
      <w:pPr>
        <w:rPr>
          <w:sz w:val="28"/>
          <w:szCs w:val="28"/>
        </w:rPr>
      </w:pPr>
      <w:r>
        <w:rPr>
          <w:sz w:val="28"/>
          <w:szCs w:val="28"/>
        </w:rPr>
        <w:t>Which would give us this output:</w:t>
      </w:r>
    </w:p>
    <w:p w14:paraId="350D98E0" w14:textId="4E8EA0BC" w:rsidR="002554CD" w:rsidRDefault="002554CD">
      <w:pPr>
        <w:rPr>
          <w:sz w:val="28"/>
          <w:szCs w:val="28"/>
        </w:rPr>
      </w:pPr>
      <w:r w:rsidRPr="002554CD">
        <w:rPr>
          <w:noProof/>
          <w:sz w:val="28"/>
          <w:szCs w:val="28"/>
        </w:rPr>
        <w:drawing>
          <wp:inline distT="0" distB="0" distL="0" distR="0" wp14:anchorId="50B92F6D" wp14:editId="40B2FEE9">
            <wp:extent cx="5486400" cy="3208655"/>
            <wp:effectExtent l="0" t="0" r="0" b="0"/>
            <wp:docPr id="904420992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4420992" name="Picture 1" descr="A screenshot of a computer&#10;&#10;AI-generated content may be incorrect.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08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6CEB2F" w14:textId="4F0F02AB" w:rsidR="005E6716" w:rsidRDefault="005E6716">
      <w:pPr>
        <w:rPr>
          <w:sz w:val="28"/>
          <w:szCs w:val="28"/>
        </w:rPr>
      </w:pPr>
      <w:r>
        <w:rPr>
          <w:sz w:val="28"/>
          <w:szCs w:val="28"/>
        </w:rPr>
        <w:t>There’s a lot of output here but for a brief intro to some of the statistics:</w:t>
      </w:r>
    </w:p>
    <w:p w14:paraId="24A89D0E" w14:textId="124E7CA3" w:rsidR="002554CD" w:rsidRPr="002554CD" w:rsidRDefault="002554CD" w:rsidP="002554CD">
      <w:pPr>
        <w:rPr>
          <w:sz w:val="28"/>
          <w:szCs w:val="28"/>
        </w:rPr>
      </w:pPr>
      <w:r w:rsidRPr="002554CD">
        <w:rPr>
          <w:sz w:val="28"/>
          <w:szCs w:val="28"/>
        </w:rPr>
        <w:lastRenderedPageBreak/>
        <w:t xml:space="preserve"> </w:t>
      </w:r>
      <w:r w:rsidRPr="002554CD">
        <w:rPr>
          <w:b/>
          <w:bCs/>
          <w:sz w:val="28"/>
          <w:szCs w:val="28"/>
          <w:highlight w:val="yellow"/>
        </w:rPr>
        <w:t>Intercept (4.35):</w:t>
      </w:r>
      <w:r w:rsidRPr="002554CD">
        <w:rPr>
          <w:sz w:val="28"/>
          <w:szCs w:val="28"/>
        </w:rPr>
        <w:t xml:space="preserve"> This is the predicted number of shark attacks when ice cream sales are zero. While it might not make practical sense, it's part of the math behind the model.</w:t>
      </w:r>
    </w:p>
    <w:p w14:paraId="739DD6FC" w14:textId="60039325" w:rsidR="002554CD" w:rsidRPr="002554CD" w:rsidRDefault="002554CD" w:rsidP="002554CD">
      <w:pPr>
        <w:rPr>
          <w:sz w:val="28"/>
          <w:szCs w:val="28"/>
        </w:rPr>
      </w:pPr>
      <w:proofErr w:type="spellStart"/>
      <w:r w:rsidRPr="002554CD">
        <w:rPr>
          <w:b/>
          <w:bCs/>
          <w:sz w:val="28"/>
          <w:szCs w:val="28"/>
          <w:highlight w:val="cyan"/>
        </w:rPr>
        <w:t>IceCreamSales</w:t>
      </w:r>
      <w:proofErr w:type="spellEnd"/>
      <w:r w:rsidRPr="002554CD">
        <w:rPr>
          <w:b/>
          <w:bCs/>
          <w:sz w:val="28"/>
          <w:szCs w:val="28"/>
          <w:highlight w:val="cyan"/>
        </w:rPr>
        <w:t xml:space="preserve"> Coefficient (0.34):</w:t>
      </w:r>
      <w:r w:rsidRPr="002554CD">
        <w:rPr>
          <w:sz w:val="28"/>
          <w:szCs w:val="28"/>
        </w:rPr>
        <w:t xml:space="preserve"> For every additional unit of ice cream sales, shark attacks increase by about 0.34. This suggests a positive relationship between the two.</w:t>
      </w:r>
    </w:p>
    <w:p w14:paraId="094D6488" w14:textId="293347DC" w:rsidR="002554CD" w:rsidRPr="002554CD" w:rsidRDefault="002554CD" w:rsidP="002554CD">
      <w:pPr>
        <w:rPr>
          <w:sz w:val="28"/>
          <w:szCs w:val="28"/>
        </w:rPr>
      </w:pPr>
      <w:r w:rsidRPr="002554CD">
        <w:rPr>
          <w:b/>
          <w:bCs/>
          <w:sz w:val="28"/>
          <w:szCs w:val="28"/>
          <w:highlight w:val="darkMagenta"/>
        </w:rPr>
        <w:t>Significance (p-value = 1.65e-07):</w:t>
      </w:r>
      <w:r w:rsidRPr="002554CD">
        <w:rPr>
          <w:sz w:val="28"/>
          <w:szCs w:val="28"/>
        </w:rPr>
        <w:t xml:space="preserve"> The very small p-value (less than 0.001) means this relationship is statistically significant—there’s strong evidence that ice cream sales and shark attacks are related.</w:t>
      </w:r>
    </w:p>
    <w:p w14:paraId="6F17CA02" w14:textId="6BEF61B2" w:rsidR="002554CD" w:rsidRPr="00F470B5" w:rsidRDefault="002554CD" w:rsidP="002554CD">
      <w:pPr>
        <w:rPr>
          <w:sz w:val="28"/>
          <w:szCs w:val="28"/>
        </w:rPr>
      </w:pPr>
      <w:r w:rsidRPr="002554CD">
        <w:rPr>
          <w:b/>
          <w:bCs/>
          <w:sz w:val="28"/>
          <w:szCs w:val="28"/>
          <w:highlight w:val="green"/>
        </w:rPr>
        <w:t>Multiple R-squared (0.2855):</w:t>
      </w:r>
      <w:r w:rsidRPr="002554CD">
        <w:rPr>
          <w:sz w:val="28"/>
          <w:szCs w:val="28"/>
        </w:rPr>
        <w:t xml:space="preserve"> This means about </w:t>
      </w:r>
      <w:r w:rsidRPr="002554CD">
        <w:rPr>
          <w:b/>
          <w:bCs/>
          <w:sz w:val="28"/>
          <w:szCs w:val="28"/>
        </w:rPr>
        <w:t>28.6% of the variation in shark attacks</w:t>
      </w:r>
      <w:r w:rsidRPr="002554CD">
        <w:rPr>
          <w:sz w:val="28"/>
          <w:szCs w:val="28"/>
        </w:rPr>
        <w:t xml:space="preserve"> can be explained by ice cream sales. While not a perfect predictor, it shows some connection.</w:t>
      </w:r>
      <w:r w:rsidR="00A65B37">
        <w:rPr>
          <w:sz w:val="28"/>
          <w:szCs w:val="28"/>
        </w:rPr>
        <w:t xml:space="preserve"> This points toward the fact that perhaps there is some other variable in our dataset that may explain the variance in shark attacks better than ice cream sales alone.</w:t>
      </w:r>
    </w:p>
    <w:p w14:paraId="3733BFD7" w14:textId="77777777" w:rsidR="00D46F58" w:rsidRPr="008041E5" w:rsidRDefault="00000000">
      <w:pPr>
        <w:pStyle w:val="Heading2"/>
        <w:rPr>
          <w:rFonts w:asciiTheme="minorHAnsi" w:hAnsiTheme="minorHAnsi"/>
          <w:sz w:val="40"/>
          <w:szCs w:val="40"/>
        </w:rPr>
      </w:pPr>
      <w:r w:rsidRPr="008041E5">
        <w:rPr>
          <w:rFonts w:asciiTheme="minorHAnsi" w:hAnsiTheme="minorHAnsi"/>
          <w:sz w:val="40"/>
          <w:szCs w:val="40"/>
        </w:rPr>
        <w:t>ggplot2 Visualizations</w:t>
      </w:r>
    </w:p>
    <w:p w14:paraId="57537984" w14:textId="1006DA7A" w:rsidR="00D46F58" w:rsidRDefault="00000000">
      <w:pPr>
        <w:rPr>
          <w:sz w:val="28"/>
          <w:szCs w:val="28"/>
        </w:rPr>
      </w:pPr>
      <w:r w:rsidRPr="00F470B5">
        <w:rPr>
          <w:sz w:val="28"/>
          <w:szCs w:val="28"/>
        </w:rPr>
        <w:t>Use `ggplot2` for advanced visualizations.</w:t>
      </w:r>
      <w:r w:rsidR="00A65B37">
        <w:rPr>
          <w:sz w:val="28"/>
          <w:szCs w:val="28"/>
        </w:rPr>
        <w:t xml:space="preserve"> Visualizations can be fun, and you can make them more engaging as well. More colors within a visualization can also tell viewers more of a story as you can see in the following visualization where we use a color gradient to show the month of the year. </w:t>
      </w:r>
      <w:r w:rsidRPr="00F470B5">
        <w:rPr>
          <w:sz w:val="28"/>
          <w:szCs w:val="28"/>
        </w:rPr>
        <w:br/>
      </w:r>
      <w:r w:rsidR="00A65B37" w:rsidRPr="00A65B37">
        <w:rPr>
          <w:noProof/>
          <w:sz w:val="28"/>
          <w:szCs w:val="28"/>
        </w:rPr>
        <w:drawing>
          <wp:inline distT="0" distB="0" distL="0" distR="0" wp14:anchorId="427A2495" wp14:editId="1C97C9B7">
            <wp:extent cx="6524245" cy="2472266"/>
            <wp:effectExtent l="0" t="0" r="0" b="4445"/>
            <wp:docPr id="392921530" name="Picture 1" descr="A screenshot of a computer cod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2921530" name="Picture 1" descr="A screenshot of a computer code&#10;&#10;AI-generated content may be incorrect.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544810" cy="2480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A5A889" w14:textId="7CE4E9F8" w:rsidR="00A65B37" w:rsidRPr="00F470B5" w:rsidRDefault="00A65B37">
      <w:pPr>
        <w:rPr>
          <w:sz w:val="28"/>
          <w:szCs w:val="28"/>
        </w:rPr>
      </w:pPr>
      <w:r w:rsidRPr="00A65B37">
        <w:rPr>
          <w:noProof/>
          <w:sz w:val="28"/>
          <w:szCs w:val="28"/>
        </w:rPr>
        <w:lastRenderedPageBreak/>
        <w:drawing>
          <wp:inline distT="0" distB="0" distL="0" distR="0" wp14:anchorId="74F0D9C8" wp14:editId="20A13692">
            <wp:extent cx="5486400" cy="3448050"/>
            <wp:effectExtent l="0" t="0" r="0" b="0"/>
            <wp:docPr id="1768292783" name="Picture 1" descr="A chart of different colored circl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8292783" name="Picture 1" descr="A chart of different colored circles&#10;&#10;AI-generated content may be incorrect.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4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6991B3" w14:textId="77777777" w:rsidR="00D46F58" w:rsidRPr="008041E5" w:rsidRDefault="00000000">
      <w:pPr>
        <w:pStyle w:val="Heading2"/>
        <w:rPr>
          <w:rFonts w:asciiTheme="minorHAnsi" w:hAnsiTheme="minorHAnsi"/>
          <w:sz w:val="40"/>
          <w:szCs w:val="40"/>
        </w:rPr>
      </w:pPr>
      <w:r w:rsidRPr="008041E5">
        <w:rPr>
          <w:rFonts w:asciiTheme="minorHAnsi" w:hAnsiTheme="minorHAnsi"/>
          <w:sz w:val="40"/>
          <w:szCs w:val="40"/>
        </w:rPr>
        <w:t>Datasaurus Dataset</w:t>
      </w:r>
    </w:p>
    <w:p w14:paraId="56F564C5" w14:textId="77777777" w:rsidR="00A65B37" w:rsidRDefault="00A65B37" w:rsidP="00A65B37">
      <w:pPr>
        <w:rPr>
          <w:sz w:val="28"/>
          <w:szCs w:val="28"/>
        </w:rPr>
      </w:pPr>
      <w:r>
        <w:rPr>
          <w:sz w:val="28"/>
          <w:szCs w:val="28"/>
        </w:rPr>
        <w:t>Why do we need visualizations?</w:t>
      </w:r>
    </w:p>
    <w:p w14:paraId="6C85F7C3" w14:textId="7ED1F01C" w:rsidR="00A65B37" w:rsidRPr="00A65B37" w:rsidRDefault="00A65B37" w:rsidP="00A65B37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A65B37">
        <w:rPr>
          <w:sz w:val="28"/>
          <w:szCs w:val="28"/>
        </w:rPr>
        <w:t xml:space="preserve">The </w:t>
      </w:r>
      <w:proofErr w:type="spellStart"/>
      <w:r w:rsidRPr="00A65B37">
        <w:rPr>
          <w:b/>
          <w:bCs/>
          <w:sz w:val="28"/>
          <w:szCs w:val="28"/>
        </w:rPr>
        <w:t>Datasaurus</w:t>
      </w:r>
      <w:proofErr w:type="spellEnd"/>
      <w:r w:rsidRPr="00A65B37">
        <w:rPr>
          <w:b/>
          <w:bCs/>
          <w:sz w:val="28"/>
          <w:szCs w:val="28"/>
        </w:rPr>
        <w:t xml:space="preserve"> Dozen</w:t>
      </w:r>
      <w:r w:rsidRPr="00A65B37">
        <w:rPr>
          <w:sz w:val="28"/>
          <w:szCs w:val="28"/>
        </w:rPr>
        <w:t xml:space="preserve"> is a famous dataset that demonstrates why visualizing data is essential rather than relying solely on summary statistics. The dataset consists of multiple sets of data points that all have </w:t>
      </w:r>
      <w:r w:rsidRPr="00A65B37">
        <w:rPr>
          <w:b/>
          <w:bCs/>
          <w:sz w:val="28"/>
          <w:szCs w:val="28"/>
        </w:rPr>
        <w:t>identical summary statistics</w:t>
      </w:r>
      <w:r w:rsidRPr="00A65B37">
        <w:rPr>
          <w:sz w:val="28"/>
          <w:szCs w:val="28"/>
        </w:rPr>
        <w:t xml:space="preserve">—such as the </w:t>
      </w:r>
      <w:r w:rsidRPr="00A65B37">
        <w:rPr>
          <w:b/>
          <w:bCs/>
          <w:sz w:val="28"/>
          <w:szCs w:val="28"/>
        </w:rPr>
        <w:t>mean, variance, correlation, and regression line</w:t>
      </w:r>
      <w:r w:rsidRPr="00A65B37">
        <w:rPr>
          <w:sz w:val="28"/>
          <w:szCs w:val="28"/>
        </w:rPr>
        <w:t>—yet look drastically different when plotted.</w:t>
      </w:r>
    </w:p>
    <w:p w14:paraId="6A7EEE45" w14:textId="77777777" w:rsidR="00A65B37" w:rsidRPr="00A65B37" w:rsidRDefault="00A65B37" w:rsidP="00A65B37">
      <w:pPr>
        <w:rPr>
          <w:b/>
          <w:bCs/>
          <w:sz w:val="28"/>
          <w:szCs w:val="28"/>
        </w:rPr>
      </w:pPr>
      <w:r w:rsidRPr="00A65B37">
        <w:rPr>
          <w:b/>
          <w:bCs/>
          <w:sz w:val="28"/>
          <w:szCs w:val="28"/>
        </w:rPr>
        <w:t>Why Does This Matter?</w:t>
      </w:r>
    </w:p>
    <w:p w14:paraId="2287C5C7" w14:textId="77777777" w:rsidR="00A65B37" w:rsidRPr="00A65B37" w:rsidRDefault="00A65B37" w:rsidP="00A65B37">
      <w:pPr>
        <w:rPr>
          <w:sz w:val="28"/>
          <w:szCs w:val="28"/>
        </w:rPr>
      </w:pPr>
      <w:r w:rsidRPr="00A65B37">
        <w:rPr>
          <w:sz w:val="28"/>
          <w:szCs w:val="28"/>
        </w:rPr>
        <w:t xml:space="preserve">If we only looked at the numbers, we might assume all these datasets have the same distribution and relationships. However, </w:t>
      </w:r>
      <w:r w:rsidRPr="00A65B37">
        <w:rPr>
          <w:b/>
          <w:bCs/>
          <w:sz w:val="28"/>
          <w:szCs w:val="28"/>
        </w:rPr>
        <w:t>visualizing them tells a completely different story</w:t>
      </w:r>
      <w:r w:rsidRPr="00A65B37">
        <w:rPr>
          <w:sz w:val="28"/>
          <w:szCs w:val="28"/>
        </w:rPr>
        <w:t>:</w:t>
      </w:r>
    </w:p>
    <w:p w14:paraId="4DBB2EAC" w14:textId="77777777" w:rsidR="00A65B37" w:rsidRPr="00A65B37" w:rsidRDefault="00A65B37" w:rsidP="00A65B37">
      <w:pPr>
        <w:numPr>
          <w:ilvl w:val="0"/>
          <w:numId w:val="26"/>
        </w:numPr>
        <w:rPr>
          <w:sz w:val="28"/>
          <w:szCs w:val="28"/>
        </w:rPr>
      </w:pPr>
      <w:r w:rsidRPr="00A65B37">
        <w:rPr>
          <w:sz w:val="28"/>
          <w:szCs w:val="28"/>
        </w:rPr>
        <w:t xml:space="preserve">One dataset might form a </w:t>
      </w:r>
      <w:r w:rsidRPr="00A65B37">
        <w:rPr>
          <w:b/>
          <w:bCs/>
          <w:sz w:val="28"/>
          <w:szCs w:val="28"/>
        </w:rPr>
        <w:t>linear relationship</w:t>
      </w:r>
      <w:r w:rsidRPr="00A65B37">
        <w:rPr>
          <w:sz w:val="28"/>
          <w:szCs w:val="28"/>
        </w:rPr>
        <w:t xml:space="preserve">, while another forms a </w:t>
      </w:r>
      <w:r w:rsidRPr="00A65B37">
        <w:rPr>
          <w:b/>
          <w:bCs/>
          <w:sz w:val="28"/>
          <w:szCs w:val="28"/>
        </w:rPr>
        <w:t>dinosaur shape</w:t>
      </w:r>
      <w:r w:rsidRPr="00A65B37">
        <w:rPr>
          <w:sz w:val="28"/>
          <w:szCs w:val="28"/>
        </w:rPr>
        <w:t xml:space="preserve">, a </w:t>
      </w:r>
      <w:r w:rsidRPr="00A65B37">
        <w:rPr>
          <w:b/>
          <w:bCs/>
          <w:sz w:val="28"/>
          <w:szCs w:val="28"/>
        </w:rPr>
        <w:t>circle</w:t>
      </w:r>
      <w:r w:rsidRPr="00A65B37">
        <w:rPr>
          <w:sz w:val="28"/>
          <w:szCs w:val="28"/>
        </w:rPr>
        <w:t xml:space="preserve">, or a </w:t>
      </w:r>
      <w:r w:rsidRPr="00A65B37">
        <w:rPr>
          <w:b/>
          <w:bCs/>
          <w:sz w:val="28"/>
          <w:szCs w:val="28"/>
        </w:rPr>
        <w:t>random cloud of points</w:t>
      </w:r>
      <w:r w:rsidRPr="00A65B37">
        <w:rPr>
          <w:sz w:val="28"/>
          <w:szCs w:val="28"/>
        </w:rPr>
        <w:t>.</w:t>
      </w:r>
    </w:p>
    <w:p w14:paraId="20FA4BFC" w14:textId="77777777" w:rsidR="00A65B37" w:rsidRPr="00A65B37" w:rsidRDefault="00A65B37" w:rsidP="00A65B37">
      <w:pPr>
        <w:numPr>
          <w:ilvl w:val="0"/>
          <w:numId w:val="26"/>
        </w:numPr>
        <w:rPr>
          <w:sz w:val="28"/>
          <w:szCs w:val="28"/>
        </w:rPr>
      </w:pPr>
      <w:r w:rsidRPr="00A65B37">
        <w:rPr>
          <w:sz w:val="28"/>
          <w:szCs w:val="28"/>
        </w:rPr>
        <w:t xml:space="preserve">This means that relying purely on statistics can </w:t>
      </w:r>
      <w:r w:rsidRPr="00A65B37">
        <w:rPr>
          <w:b/>
          <w:bCs/>
          <w:sz w:val="28"/>
          <w:szCs w:val="28"/>
        </w:rPr>
        <w:t>hide important patterns, trends, or even misleading relationships</w:t>
      </w:r>
      <w:r w:rsidRPr="00A65B37">
        <w:rPr>
          <w:sz w:val="28"/>
          <w:szCs w:val="28"/>
        </w:rPr>
        <w:t xml:space="preserve"> in the data.</w:t>
      </w:r>
    </w:p>
    <w:p w14:paraId="45074436" w14:textId="3D41D1AC" w:rsidR="00D46F58" w:rsidRDefault="00000000">
      <w:pPr>
        <w:rPr>
          <w:sz w:val="28"/>
          <w:szCs w:val="28"/>
        </w:rPr>
      </w:pPr>
      <w:r w:rsidRPr="00F470B5">
        <w:rPr>
          <w:sz w:val="28"/>
          <w:szCs w:val="28"/>
        </w:rPr>
        <w:lastRenderedPageBreak/>
        <w:br/>
      </w:r>
      <w:r w:rsidR="00A65B37" w:rsidRPr="00A65B37">
        <w:rPr>
          <w:noProof/>
          <w:sz w:val="28"/>
          <w:szCs w:val="28"/>
        </w:rPr>
        <w:drawing>
          <wp:inline distT="0" distB="0" distL="0" distR="0" wp14:anchorId="55825F49" wp14:editId="303F0BED">
            <wp:extent cx="5486400" cy="4178300"/>
            <wp:effectExtent l="0" t="0" r="0" b="0"/>
            <wp:docPr id="675223182" name="Picture 1" descr="A screenshot of a computer progra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5223182" name="Picture 1" descr="A screenshot of a computer program&#10;&#10;AI-generated content may be incorrect.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7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8FC69F" w14:textId="50B0F778" w:rsidR="00A65B37" w:rsidRDefault="00A65B37">
      <w:pPr>
        <w:rPr>
          <w:sz w:val="28"/>
          <w:szCs w:val="28"/>
        </w:rPr>
      </w:pPr>
      <w:r>
        <w:rPr>
          <w:sz w:val="28"/>
          <w:szCs w:val="28"/>
        </w:rPr>
        <w:t xml:space="preserve">Summary statistics: As you can </w:t>
      </w:r>
      <w:proofErr w:type="gramStart"/>
      <w:r>
        <w:rPr>
          <w:sz w:val="28"/>
          <w:szCs w:val="28"/>
        </w:rPr>
        <w:t>see</w:t>
      </w:r>
      <w:proofErr w:type="gramEnd"/>
      <w:r>
        <w:rPr>
          <w:sz w:val="28"/>
          <w:szCs w:val="28"/>
        </w:rPr>
        <w:t xml:space="preserve"> they are very similar for our 13 data sets!</w:t>
      </w:r>
    </w:p>
    <w:p w14:paraId="43E3DCE7" w14:textId="170214CF" w:rsidR="00A65B37" w:rsidRDefault="00A65B37">
      <w:pPr>
        <w:rPr>
          <w:sz w:val="28"/>
          <w:szCs w:val="28"/>
        </w:rPr>
      </w:pPr>
      <w:r w:rsidRPr="00A65B37">
        <w:rPr>
          <w:noProof/>
          <w:sz w:val="28"/>
          <w:szCs w:val="28"/>
        </w:rPr>
        <w:drawing>
          <wp:inline distT="0" distB="0" distL="0" distR="0" wp14:anchorId="45E5122E" wp14:editId="2AA0B179">
            <wp:extent cx="5486400" cy="2568575"/>
            <wp:effectExtent l="0" t="0" r="0" b="3175"/>
            <wp:docPr id="1407162828" name="Picture 1" descr="A table of numbers and lett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162828" name="Picture 1" descr="A table of numbers and letters&#10;&#10;AI-generated content may be incorrect.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6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E86A70" w14:textId="77777777" w:rsidR="00A65B37" w:rsidRDefault="00A65B37">
      <w:pPr>
        <w:rPr>
          <w:sz w:val="28"/>
          <w:szCs w:val="28"/>
        </w:rPr>
      </w:pPr>
    </w:p>
    <w:p w14:paraId="5615E325" w14:textId="79D4C484" w:rsidR="00A65B37" w:rsidRDefault="00A65B37">
      <w:pPr>
        <w:rPr>
          <w:sz w:val="28"/>
          <w:szCs w:val="28"/>
        </w:rPr>
      </w:pPr>
      <w:r>
        <w:rPr>
          <w:sz w:val="28"/>
          <w:szCs w:val="28"/>
        </w:rPr>
        <w:lastRenderedPageBreak/>
        <w:t>But once visualized…</w:t>
      </w:r>
    </w:p>
    <w:p w14:paraId="4B3F89EF" w14:textId="77777777" w:rsidR="00A65B37" w:rsidRDefault="00A65B37">
      <w:pPr>
        <w:rPr>
          <w:sz w:val="28"/>
          <w:szCs w:val="28"/>
        </w:rPr>
      </w:pPr>
    </w:p>
    <w:p w14:paraId="66FB36BE" w14:textId="2AF5B53A" w:rsidR="00A65B37" w:rsidRDefault="00A65B37">
      <w:pPr>
        <w:rPr>
          <w:sz w:val="28"/>
          <w:szCs w:val="28"/>
        </w:rPr>
      </w:pPr>
      <w:r w:rsidRPr="00A65B37">
        <w:rPr>
          <w:noProof/>
          <w:sz w:val="28"/>
          <w:szCs w:val="28"/>
        </w:rPr>
        <w:drawing>
          <wp:inline distT="0" distB="0" distL="0" distR="0" wp14:anchorId="279D1869" wp14:editId="4A9E0369">
            <wp:extent cx="5486400" cy="5383530"/>
            <wp:effectExtent l="0" t="0" r="0" b="7620"/>
            <wp:docPr id="803363640" name="Picture 1" descr="A group of dots with different colo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3363640" name="Picture 1" descr="A group of dots with different colors&#10;&#10;AI-generated content may be incorrect.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83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B4EAB5" w14:textId="59C1716F" w:rsidR="00A65B37" w:rsidRDefault="00A65B37">
      <w:pPr>
        <w:rPr>
          <w:sz w:val="28"/>
          <w:szCs w:val="28"/>
        </w:rPr>
      </w:pPr>
      <w:r>
        <w:rPr>
          <w:sz w:val="28"/>
          <w:szCs w:val="28"/>
        </w:rPr>
        <w:t xml:space="preserve">We can see that </w:t>
      </w:r>
      <w:r w:rsidRPr="00A65B37">
        <w:rPr>
          <w:sz w:val="28"/>
          <w:szCs w:val="28"/>
        </w:rPr>
        <w:t>relying purely on statistics can hide important patterns, trends, or even misleading relationships in the data.</w:t>
      </w:r>
    </w:p>
    <w:p w14:paraId="6DFBDAE7" w14:textId="44F98E8A" w:rsidR="006C55C8" w:rsidRDefault="006C55C8">
      <w:pPr>
        <w:rPr>
          <w:sz w:val="28"/>
          <w:szCs w:val="28"/>
        </w:rPr>
      </w:pPr>
    </w:p>
    <w:p w14:paraId="495112BA" w14:textId="77777777" w:rsidR="006C55C8" w:rsidRDefault="006C55C8">
      <w:pPr>
        <w:rPr>
          <w:sz w:val="28"/>
          <w:szCs w:val="28"/>
        </w:rPr>
      </w:pPr>
    </w:p>
    <w:p w14:paraId="5C7D0E41" w14:textId="77777777" w:rsidR="006C55C8" w:rsidRDefault="006C55C8">
      <w:pPr>
        <w:rPr>
          <w:sz w:val="28"/>
          <w:szCs w:val="28"/>
        </w:rPr>
      </w:pPr>
    </w:p>
    <w:p w14:paraId="3508B5DA" w14:textId="77777777" w:rsidR="006C55C8" w:rsidRDefault="006C55C8">
      <w:pPr>
        <w:rPr>
          <w:sz w:val="28"/>
          <w:szCs w:val="28"/>
        </w:rPr>
      </w:pPr>
    </w:p>
    <w:p w14:paraId="45B84795" w14:textId="3F478BE9" w:rsidR="006C55C8" w:rsidRPr="006C55C8" w:rsidRDefault="006C55C8">
      <w:pPr>
        <w:rPr>
          <w:b/>
          <w:bCs/>
          <w:sz w:val="28"/>
          <w:szCs w:val="28"/>
        </w:rPr>
      </w:pPr>
      <w:r w:rsidRPr="006C55C8">
        <w:rPr>
          <w:b/>
          <w:bCs/>
          <w:sz w:val="40"/>
          <w:szCs w:val="40"/>
        </w:rPr>
        <w:lastRenderedPageBreak/>
        <w:t>How can I continue my learning?</w:t>
      </w:r>
    </w:p>
    <w:p w14:paraId="6D2F658C" w14:textId="77777777" w:rsidR="00A65B37" w:rsidRDefault="00A65B37">
      <w:pPr>
        <w:rPr>
          <w:sz w:val="28"/>
          <w:szCs w:val="28"/>
        </w:rPr>
      </w:pPr>
    </w:p>
    <w:p w14:paraId="5D2DA650" w14:textId="77777777" w:rsidR="006C55C8" w:rsidRPr="006C55C8" w:rsidRDefault="006C55C8" w:rsidP="006C55C8">
      <w:pPr>
        <w:rPr>
          <w:sz w:val="28"/>
          <w:szCs w:val="28"/>
        </w:rPr>
      </w:pPr>
      <w:r w:rsidRPr="006C55C8">
        <w:rPr>
          <w:sz w:val="28"/>
          <w:szCs w:val="28"/>
        </w:rPr>
        <w:t>If you're looking to keep building your programming skills, there are plenty of great resources available!</w:t>
      </w:r>
    </w:p>
    <w:p w14:paraId="3B522248" w14:textId="2832711D" w:rsidR="006C55C8" w:rsidRPr="006C55C8" w:rsidRDefault="006C55C8" w:rsidP="006C55C8">
      <w:pPr>
        <w:numPr>
          <w:ilvl w:val="0"/>
          <w:numId w:val="27"/>
        </w:numPr>
        <w:rPr>
          <w:sz w:val="28"/>
          <w:szCs w:val="28"/>
        </w:rPr>
      </w:pPr>
      <w:r w:rsidRPr="006C55C8">
        <w:rPr>
          <w:sz w:val="28"/>
          <w:szCs w:val="28"/>
        </w:rPr>
        <w:t xml:space="preserve">Check out </w:t>
      </w:r>
      <w:hyperlink r:id="rId31" w:tgtFrame="_new" w:history="1">
        <w:proofErr w:type="spellStart"/>
        <w:r w:rsidRPr="006C55C8">
          <w:rPr>
            <w:rStyle w:val="Hyperlink"/>
            <w:b/>
            <w:bCs/>
            <w:sz w:val="28"/>
            <w:szCs w:val="28"/>
          </w:rPr>
          <w:t>ByteCraft</w:t>
        </w:r>
        <w:proofErr w:type="spellEnd"/>
      </w:hyperlink>
      <w:r w:rsidRPr="006C55C8">
        <w:rPr>
          <w:sz w:val="28"/>
          <w:szCs w:val="28"/>
        </w:rPr>
        <w:t xml:space="preserve"> – a free website I created </w:t>
      </w:r>
      <w:r>
        <w:rPr>
          <w:sz w:val="28"/>
          <w:szCs w:val="28"/>
        </w:rPr>
        <w:t xml:space="preserve">that points students to free </w:t>
      </w:r>
      <w:r w:rsidRPr="006C55C8">
        <w:rPr>
          <w:sz w:val="28"/>
          <w:szCs w:val="28"/>
        </w:rPr>
        <w:t xml:space="preserve">resources for learning R, Python, and other programming languages. </w:t>
      </w:r>
    </w:p>
    <w:p w14:paraId="58F9E81D" w14:textId="2D7DE8CF" w:rsidR="006C55C8" w:rsidRPr="006C55C8" w:rsidRDefault="006C55C8" w:rsidP="006C55C8">
      <w:pPr>
        <w:numPr>
          <w:ilvl w:val="0"/>
          <w:numId w:val="27"/>
        </w:numPr>
        <w:rPr>
          <w:sz w:val="28"/>
          <w:szCs w:val="28"/>
        </w:rPr>
      </w:pPr>
      <w:r w:rsidRPr="006C55C8">
        <w:rPr>
          <w:sz w:val="28"/>
          <w:szCs w:val="28"/>
        </w:rPr>
        <w:t xml:space="preserve">Platforms like </w:t>
      </w:r>
      <w:r w:rsidRPr="006C55C8">
        <w:rPr>
          <w:b/>
          <w:bCs/>
          <w:sz w:val="28"/>
          <w:szCs w:val="28"/>
        </w:rPr>
        <w:t>Coursera</w:t>
      </w:r>
      <w:r w:rsidRPr="006C55C8">
        <w:rPr>
          <w:sz w:val="28"/>
          <w:szCs w:val="28"/>
        </w:rPr>
        <w:t xml:space="preserve"> and </w:t>
      </w:r>
      <w:r w:rsidRPr="006C55C8">
        <w:rPr>
          <w:b/>
          <w:bCs/>
          <w:sz w:val="28"/>
          <w:szCs w:val="28"/>
        </w:rPr>
        <w:t>LinkedIn Learning</w:t>
      </w:r>
      <w:r w:rsidRPr="006C55C8">
        <w:rPr>
          <w:sz w:val="28"/>
          <w:szCs w:val="28"/>
        </w:rPr>
        <w:t xml:space="preserve"> offer high-quality courses on R, data science, and programming. These courses often include hands-on exercises and certifications that can help strengthen your skills.</w:t>
      </w:r>
      <w:r>
        <w:rPr>
          <w:sz w:val="28"/>
          <w:szCs w:val="28"/>
        </w:rPr>
        <w:t xml:space="preserve"> See if your university offers a free LinkedIn Learning account! As for Coursera, if you do not want a certificate, you can take their courses for free. I have </w:t>
      </w:r>
      <w:proofErr w:type="gramStart"/>
      <w:r>
        <w:rPr>
          <w:sz w:val="28"/>
          <w:szCs w:val="28"/>
        </w:rPr>
        <w:t xml:space="preserve">instructions </w:t>
      </w:r>
      <w:r w:rsidR="001A28A1">
        <w:rPr>
          <w:sz w:val="28"/>
          <w:szCs w:val="28"/>
        </w:rPr>
        <w:t>outlined</w:t>
      </w:r>
      <w:proofErr w:type="gramEnd"/>
      <w:r>
        <w:rPr>
          <w:sz w:val="28"/>
          <w:szCs w:val="28"/>
        </w:rPr>
        <w:t xml:space="preserve"> on </w:t>
      </w:r>
      <w:proofErr w:type="spellStart"/>
      <w:r>
        <w:rPr>
          <w:sz w:val="28"/>
          <w:szCs w:val="28"/>
        </w:rPr>
        <w:t>ByteCraft</w:t>
      </w:r>
      <w:proofErr w:type="spellEnd"/>
      <w:r>
        <w:rPr>
          <w:sz w:val="28"/>
          <w:szCs w:val="28"/>
        </w:rPr>
        <w:t xml:space="preserve"> on how to do that.</w:t>
      </w:r>
    </w:p>
    <w:p w14:paraId="064A9713" w14:textId="77777777" w:rsidR="006C55C8" w:rsidRPr="006C55C8" w:rsidRDefault="006C55C8" w:rsidP="006C55C8">
      <w:pPr>
        <w:rPr>
          <w:sz w:val="28"/>
          <w:szCs w:val="28"/>
        </w:rPr>
      </w:pPr>
      <w:r w:rsidRPr="006C55C8">
        <w:rPr>
          <w:sz w:val="28"/>
          <w:szCs w:val="28"/>
        </w:rPr>
        <w:t>Continuous learning is key to becoming confident in R and programming in general, so take advantage of these resources and keep practicing!</w:t>
      </w:r>
    </w:p>
    <w:p w14:paraId="1470B390" w14:textId="77777777" w:rsidR="00A65B37" w:rsidRDefault="00A65B37">
      <w:pPr>
        <w:rPr>
          <w:sz w:val="28"/>
          <w:szCs w:val="28"/>
        </w:rPr>
      </w:pPr>
    </w:p>
    <w:p w14:paraId="7EA9BD0D" w14:textId="77777777" w:rsidR="00A65B37" w:rsidRPr="00F470B5" w:rsidRDefault="00A65B37">
      <w:pPr>
        <w:rPr>
          <w:sz w:val="28"/>
          <w:szCs w:val="28"/>
        </w:rPr>
      </w:pPr>
    </w:p>
    <w:sectPr w:rsidR="00A65B37" w:rsidRPr="00F470B5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A741B0"/>
    <w:multiLevelType w:val="multilevel"/>
    <w:tmpl w:val="57E8E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8CC2A9A"/>
    <w:multiLevelType w:val="multilevel"/>
    <w:tmpl w:val="329E2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B35ACD"/>
    <w:multiLevelType w:val="multilevel"/>
    <w:tmpl w:val="86B42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44B01F1"/>
    <w:multiLevelType w:val="multilevel"/>
    <w:tmpl w:val="3F0E5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850473C"/>
    <w:multiLevelType w:val="multilevel"/>
    <w:tmpl w:val="1BB44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B621A5D"/>
    <w:multiLevelType w:val="multilevel"/>
    <w:tmpl w:val="42EE0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5407446"/>
    <w:multiLevelType w:val="multilevel"/>
    <w:tmpl w:val="C0C6E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AA0161D"/>
    <w:multiLevelType w:val="multilevel"/>
    <w:tmpl w:val="00B21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6BA7897"/>
    <w:multiLevelType w:val="multilevel"/>
    <w:tmpl w:val="3A203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7744F15"/>
    <w:multiLevelType w:val="multilevel"/>
    <w:tmpl w:val="39669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A650B38"/>
    <w:multiLevelType w:val="multilevel"/>
    <w:tmpl w:val="33F4A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EA93F8C"/>
    <w:multiLevelType w:val="multilevel"/>
    <w:tmpl w:val="30022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1BF384D"/>
    <w:multiLevelType w:val="multilevel"/>
    <w:tmpl w:val="582E4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0BD5449"/>
    <w:multiLevelType w:val="multilevel"/>
    <w:tmpl w:val="8D161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5A92221"/>
    <w:multiLevelType w:val="multilevel"/>
    <w:tmpl w:val="03A8C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6F727F1"/>
    <w:multiLevelType w:val="multilevel"/>
    <w:tmpl w:val="00A29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BC47437"/>
    <w:multiLevelType w:val="multilevel"/>
    <w:tmpl w:val="7102E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EB40B55"/>
    <w:multiLevelType w:val="multilevel"/>
    <w:tmpl w:val="EFE48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42962558">
    <w:abstractNumId w:val="8"/>
  </w:num>
  <w:num w:numId="2" w16cid:durableId="684989096">
    <w:abstractNumId w:val="6"/>
  </w:num>
  <w:num w:numId="3" w16cid:durableId="1625034829">
    <w:abstractNumId w:val="5"/>
  </w:num>
  <w:num w:numId="4" w16cid:durableId="1028146813">
    <w:abstractNumId w:val="4"/>
  </w:num>
  <w:num w:numId="5" w16cid:durableId="1120495733">
    <w:abstractNumId w:val="7"/>
  </w:num>
  <w:num w:numId="6" w16cid:durableId="1495996102">
    <w:abstractNumId w:val="3"/>
  </w:num>
  <w:num w:numId="7" w16cid:durableId="2015836070">
    <w:abstractNumId w:val="2"/>
  </w:num>
  <w:num w:numId="8" w16cid:durableId="498694301">
    <w:abstractNumId w:val="1"/>
  </w:num>
  <w:num w:numId="9" w16cid:durableId="1697074993">
    <w:abstractNumId w:val="0"/>
  </w:num>
  <w:num w:numId="10" w16cid:durableId="2124760789">
    <w:abstractNumId w:val="10"/>
  </w:num>
  <w:num w:numId="11" w16cid:durableId="198013935">
    <w:abstractNumId w:val="12"/>
  </w:num>
  <w:num w:numId="12" w16cid:durableId="931813291">
    <w:abstractNumId w:val="21"/>
  </w:num>
  <w:num w:numId="13" w16cid:durableId="1257055150">
    <w:abstractNumId w:val="26"/>
  </w:num>
  <w:num w:numId="14" w16cid:durableId="567231691">
    <w:abstractNumId w:val="22"/>
  </w:num>
  <w:num w:numId="15" w16cid:durableId="1118185160">
    <w:abstractNumId w:val="20"/>
  </w:num>
  <w:num w:numId="16" w16cid:durableId="398016914">
    <w:abstractNumId w:val="23"/>
  </w:num>
  <w:num w:numId="17" w16cid:durableId="944462788">
    <w:abstractNumId w:val="14"/>
  </w:num>
  <w:num w:numId="18" w16cid:durableId="1873568290">
    <w:abstractNumId w:val="24"/>
  </w:num>
  <w:num w:numId="19" w16cid:durableId="1475101817">
    <w:abstractNumId w:val="25"/>
  </w:num>
  <w:num w:numId="20" w16cid:durableId="1780447891">
    <w:abstractNumId w:val="16"/>
  </w:num>
  <w:num w:numId="21" w16cid:durableId="184754273">
    <w:abstractNumId w:val="13"/>
  </w:num>
  <w:num w:numId="22" w16cid:durableId="1847670544">
    <w:abstractNumId w:val="19"/>
  </w:num>
  <w:num w:numId="23" w16cid:durableId="1943608409">
    <w:abstractNumId w:val="15"/>
  </w:num>
  <w:num w:numId="24" w16cid:durableId="1017082258">
    <w:abstractNumId w:val="9"/>
  </w:num>
  <w:num w:numId="25" w16cid:durableId="884952876">
    <w:abstractNumId w:val="11"/>
  </w:num>
  <w:num w:numId="26" w16cid:durableId="1996913237">
    <w:abstractNumId w:val="18"/>
  </w:num>
  <w:num w:numId="27" w16cid:durableId="132816903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70614"/>
    <w:rsid w:val="0015074B"/>
    <w:rsid w:val="001951FF"/>
    <w:rsid w:val="001A28A1"/>
    <w:rsid w:val="002554CD"/>
    <w:rsid w:val="002567D5"/>
    <w:rsid w:val="0029639D"/>
    <w:rsid w:val="00326F90"/>
    <w:rsid w:val="003C45A3"/>
    <w:rsid w:val="004F6418"/>
    <w:rsid w:val="005E6716"/>
    <w:rsid w:val="006C55C8"/>
    <w:rsid w:val="008041E5"/>
    <w:rsid w:val="0097712F"/>
    <w:rsid w:val="00A35802"/>
    <w:rsid w:val="00A65B37"/>
    <w:rsid w:val="00A960F3"/>
    <w:rsid w:val="00AA1D8D"/>
    <w:rsid w:val="00B47730"/>
    <w:rsid w:val="00CB0664"/>
    <w:rsid w:val="00D2255C"/>
    <w:rsid w:val="00D46F58"/>
    <w:rsid w:val="00F470B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E5AE257"/>
  <w14:defaultImageDpi w14:val="300"/>
  <w15:docId w15:val="{18B680E6-0016-4ABB-A85A-3D4124644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07061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7061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A65B37"/>
    <w:rPr>
      <w:rFonts w:ascii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6C55C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3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3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4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62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527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864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262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1001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82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67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76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3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134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95794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41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89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236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833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88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6652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165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5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326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661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563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924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051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2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930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86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066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49675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192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50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52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75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935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46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2349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58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54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8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57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49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875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71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00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37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65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29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44636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72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2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97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074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638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7961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500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712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42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688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8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13960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285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customXml" Target="../customXml/item1.xml"/><Relationship Id="rId6" Type="http://schemas.openxmlformats.org/officeDocument/2006/relationships/hyperlink" Target="https://posit.co/download/rstudio-desktop/" TargetMode="Externa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hyperlink" Target="https://bytecraftenterprise.github.io/bytecraft-website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1567</Words>
  <Characters>8933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10480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Washburn, Stephanie</cp:lastModifiedBy>
  <cp:revision>2</cp:revision>
  <dcterms:created xsi:type="dcterms:W3CDTF">2025-03-26T18:10:00Z</dcterms:created>
  <dcterms:modified xsi:type="dcterms:W3CDTF">2025-03-26T18:10:00Z</dcterms:modified>
  <cp:category/>
</cp:coreProperties>
</file>